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1S/20/2011 z 7. 3. 2012</w:t>
      </w:r>
    </w:p>
    <w:p>
      <w:r>
        <w:t>Rozsudok Krajského súdu Bratislava z 7. marca 2012, sp. zn. 1S/20/2011, ECLI:SK:KSBA:2012:1011200129.2</w:t>
      </w:r>
    </w:p>
    <w:p>
      <w:r>
        <w:t>Súd: Krajský súd Bratislava</w:t>
      </w:r>
    </w:p>
    <w:p>
      <w:r>
        <w:t>Spisová značka: 1S/20/2011</w:t>
      </w:r>
    </w:p>
    <w:p>
      <w:r>
        <w:t>ECLI: ECLI:SK:KSBA:2012:1011200129.2</w:t>
      </w:r>
    </w:p>
    <w:p>
      <w:r>
        <w:t>Dátum vydania: 7. 3. 2012</w:t>
      </w:r>
    </w:p>
    <w:p>
      <w:r>
        <w:t>Forma: Rozsudok</w:t>
      </w:r>
    </w:p>
    <w:p>
      <w:r>
        <w:t>Oblasť práva: Správne právo</w:t>
      </w:r>
    </w:p>
    <w:p>
      <w:pPr>
        <w:pStyle w:val="Heading2"/>
      </w:pPr>
      <w:r>
        <w:t>Text rozhodnutia</w:t>
      </w:r>
    </w:p>
    <w:p>
      <w:r>
        <w:t>Súd: Krajský súd Bratislava Spisová značka: 1S/20/2011 Identifikačné číslo súdneho spisu: 1011200129 Dátum vydania rozhodnutia: 08. 03. 2012 Meno a priezvisko sudcu, VSÚ: JUDr. Nora Puchelová ECLI: ECLI:SK:KSBA:2012:1011200129.2 ROZSUDOK V MENE SLOVENSKEJ REPUBLIKY Krajský súd v Bratislave v senáte zloženom z predsedníčky senátu JUDr. Nory Puchelovej a členov senátu JUDr. Moniky Valašikovej, PhD. a JUDr. Mariána Trenčana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1, 812 35 Bratislava o preskúmanie zákonnosti rozhodnutia žalovaného č. 3206/2011-2.2 zo dňa 20.1.2011 v spojení s prvostupňovým rozhodnutím žalovaného 2010/01116-Fi zo dňa 30.11.2010, takto r o z h o d o l : Krajský súd v Bratislave rozhodnutie žalovaného č. 3206/2011-2.2 zo dňa 20.1.2011, ako aj rozhodnutie Krajského úradu životného prostredia v Banskej Bystrici č. 2010/01116-Fi zo dňa 30.11.2010 z r u š u j e podľa ust. § 250j ods. 2 písm. a) Občianskeho súdneho poriadku a vec v r a c i a žalovanému na ďalšie konanie. Žalovaný je povinný do 30 dní od právoplatnosti tohto rozsudku zaplatiť žalobcovi trovy konania v sume 311,57 eur na účet jeho právnej zástupkyne. o d ô v o d n e n i e : Žalobou doručenou Krajskému súdu v Bratislave dňa 31.1.2011 sa žalobca domáhal preskúmania zákonnosti rozhodnutia žalovaného č. 3206/2011-2.2 zo dňa 20.1.2011, ktorým žalovaný podľa § 59 ods. 2 zákona č. 71/1967 Zb. o správnom konaní zamietol rozklad žalobcu a potvrdil prvostupňové rozhodnutie správneho orgánu č. 2010/01116-Fi zo dňa 30.11.2010. Uvedeným rozhodnutím správny orgán nepriznal žalobcovi postavenie účastníka konania vo veci žiadosti mesta Nová Baňa o povolenie výnimky zo zákazu zasahovať do lesného porastu a poškodzovať vegetačný a pôdny kryt na území národnej prírodnej pamiatky Starohutský vodopád za účelom výrubu stromov v lesnom poraste. Správny orgán svojim prvostupňovým rozhodnutím nepriznal žalobcovi postavenie účastníka konania vo veci žiadosti.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21.3.2011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 2 ods. 1) a ktoré písomne oznámi svoju účasť v konaní najneskôr do 7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 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Krajskému úradu životného prostredia v Banskej Bystrici bola dňa 1.10.2010 doručená žiadosť mesta Nová Baňa o povolenie výnimky zo zákazu zasahovať do lesného porastu a poškodzovať vegetačný a pôdny kryt na území národnej prírodnej pamiatky Starohutský vodopád za účelom výrubu stromov v lesnom poraste. Listom zo dňa 29.10.2010 informoval správny orgán žalobcu o začatí správneho konania o predmetnej výnimke. Žalobca listom doručeným žalovanému dňa 8.11.2010 oznámil svoju účasť v konaní. Listom zo dňa 15.11.2010 správny orgán oboznámil účastníka konania s podmienkami, ktoré budú v zmysle § 82 zákona č. 543/2002 Z.z. udelené žiadateľovi v rozhodnutí s tým, aby sa do 7 dní od doručenia upovedomenia žalobca k veci vyjadril. Listom zo dňa 24.11.2010 žalobca zaslal svoje vyjadrenie, v ktorom uviedol, že s udelením výnimky nesúhlasí a zároveň žiadal postavenie účastníka konania. Následne prvostupňový správny orgán svojím rozhodnutím 2010/01116-fi. zo dňa 30.11.2010 rozhodol, že žalobca nie je účastníkom konania. Voči rozhodnutiu sa žalobca v zákonnej lehote odvolal. Rozhodnutím č. 3206/2011-2.2 zo dňa 20.1.2011 žalovaný odvolanie žalobcu zamietol a potvrdil prvostupňové rozhodnutie správneho orgánu. Uvedeným rozhodnutím správny orgán nepriznal žalobcovi postavenie účastníka v konaní o povolenie výnimky z podmienok ochrany chráneného živočícha - medveďa hnedého.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vo výške 467,91 € podľa vyhl. č. 655/2004 Z.z. o odmenách a náhradách advokátov za poskytovanie právnych služieb (ďalej len vyhláška) nasledovne: O trovách súdneho konania súd rozhodol podľa § 250k ods. 1 O.s.p. tak, že úspešnému žalobcovi priznal náhradu trov právneho zastúpenia podľa vyhl. č. 655/2004 Z.z. o odmenách a náhradách advokátov za poskytovanie právnych služieb v celkovej výške 311,57 €. Právna zástupkyňa si vyčíslila trovy konania písomným podaním dňa 6.5.2011 vo výške 478,36 €. Krajský súd v Bratislave však priznal právnej zástupkyni trovy konania za 2 úkony právnej služby a to: Za prevzatie zastúpenia a prípravu zo dňa 27.1.2011, žalobu zo dňa 27.1.2011 vo výške 2 x 123,50 € vyhlášky č. 655/2004 Z.z. vo výške 1/6 výpočtového základu podľa § 11 ods. 3 a 19% DPH a režijný paušál 2 x 7,41 €. Od účinnosti vyhlášky Ministerstva spravodlivosti Slovenskej republiky č. 209/2009 Z.z., ktorou sa menila a dopĺňala vyhláška č. 655/2004 Z.z. o odmenách a náhradách advokátov za poskytovanie právnych služieb, t.j. od 1.6.2009 sa podľa § 18 ods. 3 zvyšuje o DPH tak odmena ako aj náhrady. Žalobcovi súd nepriznal na náhradu odmenu za dva úkony právnej služby, ktorý si uplatnil v písomnom podaní a to za návrh na prerušenie konania zo dňa 27.1.2011 v sume 69,16 € a za návrh na pokračovanie v konaní zo dňa 6.5.2011 v sume 82,99 €, keďže takéto podania súd nevyžadoval a o skutočnosti, či je potrebné konanie prerušiť podľa § 109 ods. 2 písm. c) O.s.p. v spojení s § 109 ods. 1 písm. c) O.s.p., rozhoduje aj bez návrhu. Žalovaný je povinný uhradiť trovy konania vo výške 303,30 € na účet právnej zástupkyne žalobcu do 30 dní od právoplatnosti tohto rozsudku. Číslo účtu právnej zástupkyne žalobcu je XXXXXXXX/XXXX, VS 1202011.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https://www.kauzis.sk/judikatura/r/ECLI:SK:KSBA:2012:1011200129.2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