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8Sd/25/2011 z 15. 10. 2012</w:t>
      </w:r>
    </w:p>
    <w:p>
      <w:r>
        <w:t>Uznesenie Krajského súdu Bratislava z 15. októbra 2012, sp. zn. 8Sd/25/2011, ECLI:SK:KSBA:2012:1011200224.1</w:t>
      </w:r>
    </w:p>
    <w:p>
      <w:r>
        <w:t>Súd: Krajský súd Bratislava</w:t>
      </w:r>
    </w:p>
    <w:p>
      <w:r>
        <w:t>Spisová značka: 8Sd/25/2011</w:t>
      </w:r>
    </w:p>
    <w:p>
      <w:r>
        <w:t>ECLI: ECLI:SK:KSBA:2012:1011200224.1</w:t>
      </w:r>
    </w:p>
    <w:p>
      <w:r>
        <w:t>Dátum vydania: 15.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8Sd/25/2011 Identifikačné číslo súdneho spisu: 1011200224 Dátum vydania rozhodnutia: 16. 10. 2012 Meno a priezvisko sudcu, VSÚ: JUDr. Peter Pospech ECLI: ECLI:SK:KSBA:2012:1011200224.1 Uznesenie Krajský súd v Bratislave v právnej veci navrhovateľa: T. X., A.. XX.XX.XXXX, W. XXX XX P. X, O. XXXX/ XX,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20.12.2010, žiadal preskúmať rozhodnutie odporkyne č. XXX XXX XXXX zo dňa 09.11.2010, ktorým odporkyňa zamietla žiadosť navrhovateľa o invalidný dôchodok. Dňa 16.10.2012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 V Bratislave, dňa 16.10. 2012</w:t>
      </w:r>
    </w:p>
    <w:p/>
    <w:p>
      <w:r>
        <w:t>Zdroj: KAUZIS.SK – https://www.kauzis.sk/judikatura/r/ECLI:SK:KSBA:2012:1011200224.1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