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8Sd/26/2011 z 15. 10. 2012</w:t>
      </w:r>
    </w:p>
    <w:p>
      <w:r>
        <w:t>Uznesenie Krajského súdu Bratislava z 15. októbra 2012, sp. zn. 8Sd/26/2011, ECLI:SK:KSBA:2012:1011200226.1</w:t>
      </w:r>
    </w:p>
    <w:p>
      <w:r>
        <w:t>Súd: Krajský súd Bratislava</w:t>
      </w:r>
    </w:p>
    <w:p>
      <w:r>
        <w:t>Spisová značka: 8Sd/26/2011</w:t>
      </w:r>
    </w:p>
    <w:p>
      <w:r>
        <w:t>ECLI: ECLI:SK:KSBA:2012:1011200226.1</w:t>
      </w:r>
    </w:p>
    <w:p>
      <w:r>
        <w:t>Dátum vydania: 15. 10. 2012</w:t>
      </w:r>
    </w:p>
    <w:p>
      <w:r>
        <w:t>Forma: Uznesenie</w:t>
      </w:r>
    </w:p>
    <w:p>
      <w:pPr>
        <w:pStyle w:val="Heading2"/>
      </w:pPr>
      <w:r>
        <w:t>Text rozhodnutia</w:t>
      </w:r>
    </w:p>
    <w:p>
      <w:r>
        <w:t>Súd: Krajský súd Bratislava Spisová značka: 8Sd/26/2011 Identifikačné číslo súdneho spisu: 1011200226 Dátum vydania rozhodnutia: 16. 10. 2012 Meno a priezvisko sudcu, VSÚ: JUDr. Peter Pospech ECLI: ECLI:SK:KSBA:2012:1011200226.1 Uznesenie Krajský súd v Bratislave pred samosudcom JUDr. Petrom Pospechom, v právnej veci navrhovateľa: K.. C. T., Z.., W.. XX.XX.XXXX, F. T. XXX/XX, XXX XX F., proti odporcovi: Sociálna poisťovňa - ústredie, Ul. 29. augusta č. 8, 813 63 Bratislava, v spore o zvýšenie starobného dôchodku takto, r o z h o d o l : Súd opravný prostriedok o d m i e t a . Navrhovateľovi súd náhradu trov konania nepriznáva. o d ô v o d n e n i e : Dňa 02.02.2011 bol Sociálnej poisťovni - ústredie v Bratislave doručený návrh na preskúmanie rozhodnutia Sociálnej poisťovne č. XXX XXX XXX zo dňa 03.12.2010. Napadnutým rozhodnutím č. XXX XXX XXXX X zo dňa 03. decembra 2010 bola navrhovateľovi podľa § 66 ods. 3 zákona č. 461/2003 Z.z. zamietnutá žiadosť o zvýšenie starobného dôchodku za dobu poistenia od XX.XX.XXXX do XX.XX.XXXX. Rozhodnutie č. XXX XXX XXXX X zo dňa 03.12.2010 bolo navrhovateľovi v súlade s § 212 ods. 3 písm. a zákona č. 461/2003 Z.z. o sociálnom poistení do vlastných rúk doručená dňa 27. decembra 2010. Jeho prevzatie potvrdil navrhovateľ svojím podpisom na doručenke /č.l. 7/ spisového materiálu. Uvedené rozhodnutie obsahovalo správne poučenie o mieste a lehote na podanie návrhu na jeho preskúmanie. Opravný prostriedok navrhovateľa zo dňa XX.XX.XXXX bol odovzdaný na poštu podľa odtlačku pečiatky pošty na obálke až 01.02.2011, t.j. po uplynutí lehoty, stanovenej na podanie návrhu na preskúmanie. Podľa § 250p O.s.p., ak je návrh podaný oneskorene alebo ho podá ten, kto naň nie je oprávnený, alebo ak sa napáda rozhodnutie, ktoré preskúmaniu nepodlieha, alebo ak navrhovateľ neodstránil vady, ktorých odstránenie súd nariadil a ktoré bránia vecnému vybaveniu návrhu, súd uznesením opravný prostriedok odmietne. Odvolanie proti predmetnému uzneseniu je prípustné. Vzhľadom na oneskorene podaný návrh na preskúmanie napadnutého rozhodnutia č. XXX XXX XXX zo dňa XX.XX.XXXX, konajúci súd opravný prostriedok - návrh na preskúmanie napadnutého rozhodnutia odmietol podľa § 250p O.s.p. O trovách konania súd rozhodol v súlade s ust. § 146 ods. 1 písm. c/ O.s.p.. Poučenie: Proti tomuto uzneseniu je možné podať odvolanie do 15 dní odo dňa jeho doručenia na Krajskom súde v Bratislave. V odvolaní sa má okrem všeobecných náležitostí /§ 42 ods. 3 O.s.p. uviesť, ktorému súdu je určené kto ho robí, ktorej veci sa týka, v akom rozsahu sa napáda a v čom sa toto rozhodnutie alebo postup súdu považuje za nesprávny a čoho sa odvolávateľ domáha. V Bratislave, dňa 16.10. 2012</w:t>
      </w:r>
    </w:p>
    <w:p/>
    <w:p>
      <w:r>
        <w:t>Zdroj: KAUZIS.SK – https://www.kauzis.sk/judikatura/r/ECLI:SK:KSBA:2012:1011200226.1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