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8Sd/32/2011 z 29. 10. 2012</w:t>
      </w:r>
    </w:p>
    <w:p>
      <w:r>
        <w:t>Uznesenie Krajského súdu Bratislava z 29. októbra 2012, sp. zn. 8Sd/32/2011, ECLI:SK:KSBA:2012:1011200293.1</w:t>
      </w:r>
    </w:p>
    <w:p>
      <w:r>
        <w:t>Súd: Krajský súd Bratislava</w:t>
      </w:r>
    </w:p>
    <w:p>
      <w:r>
        <w:t>Spisová značka: 8Sd/32/2011</w:t>
      </w:r>
    </w:p>
    <w:p>
      <w:r>
        <w:t>ECLI: ECLI:SK:KSBA:2012:1011200293.1</w:t>
      </w:r>
    </w:p>
    <w:p>
      <w:r>
        <w:t>Dátum vydania: 29.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8Sd/32/2011 Identifikačné číslo súdneho spisu: 1011200293 Dátum vydania rozhodnutia: 30. 10. 2012 Meno a priezvisko sudcu, VSÚ: JUDr. Peter Pospech ECLI: ECLI:SK:KSBA:2012:1011200293.1 Uznesenie Krajský súd v Bratislave v právnej veci navrhovateľky: J. Q., T.. XX.XX.XXXX, M. XXXX/XXX, XXX XX H., proti odporcovi: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29.12.2010, žiadala preskúmať rozhodnutie odporkyne číslo XXX XXX XXXX zo dňa 09.12.2010, ktorým odporkyňa priznala starobný dôchodok v sume XXX,XX eur od 03.10.2010. Písomným prehlásením došlým súdu dňa 05.09.2012 navrhovateľka vzala späť návrh v celom rozsahu a žiadala konanie zastaviť.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Bratislave. V Bratislave, dňa 30.10. 2012</w:t>
      </w:r>
    </w:p>
    <w:p/>
    <w:p>
      <w:r>
        <w:t>Zdroj: KAUZIS.SK – https://www.kauzis.sk/judikatura/r/ECLI:SK:KSBA:2012:1011200293.1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