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5Sd/36/2011 z 11. 7. 2012</w:t>
      </w:r>
    </w:p>
    <w:p>
      <w:r>
        <w:t>Uznesenie Krajského súdu Bratislava z 11. júla 2012, sp. zn. 5Sd/36/2011, ECLI:SK:KSBA:2012:1011200313.2</w:t>
      </w:r>
    </w:p>
    <w:p>
      <w:r>
        <w:t>Súd: Krajský súd Bratislava</w:t>
      </w:r>
    </w:p>
    <w:p>
      <w:r>
        <w:t>Spisová značka: 5Sd/36/2011</w:t>
      </w:r>
    </w:p>
    <w:p>
      <w:r>
        <w:t>ECLI: ECLI:SK:KSBA:2012:1011200313.2</w:t>
      </w:r>
    </w:p>
    <w:p>
      <w:r>
        <w:t>Dátum vydania: 11. 7. 2012</w:t>
      </w:r>
    </w:p>
    <w:p>
      <w:r>
        <w:t>Forma: Uznesenie</w:t>
      </w:r>
    </w:p>
    <w:p>
      <w:pPr>
        <w:pStyle w:val="Heading2"/>
      </w:pPr>
      <w:r>
        <w:t>Text rozhodnutia</w:t>
      </w:r>
    </w:p>
    <w:p>
      <w:r>
        <w:t>Súd: Krajský súd Bratislava Spisová značka: 5Sd/36/2011 Identifikačné číslo súdneho spisu: 1011200313 Dátum vydania rozhodnutia: 12. 07. 2012 Meno a priezvisko sudcu, VSÚ: JUDr. Renáta Janáková ECLI: ECLI:SK:KSBA:2012:1011200313.2 Uznesenie Krajský súd v Bratislave v právnej veci navrhovateľa: O. S., L. XX. S. XXXX, J. Q. XX, XXX XX J., X. C.. C. E., S., Š. X, XXX XX J. proti odporkyni: Sociálna poisťovňa - ústredie, so sídlom Ul. 29. augusta 8, Bratislava, o invalidný dôchodok, takto r o z h o d o l : Súd konanie z a s t a v u j e. Žiaden z účastníkov n e m á právo na náhradu trov konania. o d ô v o d n e n i e : Navrhovateľ svojim návrhom doručeným odporkyni dňa 19. októbra 2010 žiadal preskúmať rozhodnutie odporkyne č. XXX XXX XXXX zo dňa 25. augusta 2010, ktorým odporkyňa podľa ust. § 70 ods. 1 a § 82 zákona č. 461/2003 Z. z. o sociálnom poistení v znení neskorších predpisov (ďalej len „zákon o sociálnom poistení“) navrhovateľovi priznala invalidný dôchodok v sume 301,50 Eur mesačne a svoje rozhodnutie odôvodnila tak, že navrhovateľ bol uznaný za invalidného z dôvodu, že má pokles schopnosti vykonávať zárobkovú činnosť o 70 % v porovnaní so zdravou fyzickou osobou. Navrhovateľ vo svojom opravnom prostriedku nesúhlasil s určenou mierou poklesu schopnosti vykonávať zárobkovú činnosť a žiadal, aby okrem diagnózy - ťažká nadváha s komplikáciami boli zohľadnené aj ostatné navrhovateľove ochorenia, ktoré vo významnej miere ovplyvňujú navrhovateľovu spôsobilosť pre výkon zárobkovej činnosti. Jedná sa o lymfedém dolnej končatiny s následnou progresiou, hypertenziu a o pneumologické ochorenie. Na základe dožiadania Krajského súdu v Bratislave o doplnenie posudku bol posudkovým lekárom sociálneho poistenia opätovne posúdený navrhovateľov dlhodobo nepriaznivý zdravotný stav a pokles schopnosti vykonávať zárobkovú činnosť. V lekárskej správe zo dňa 10. mája 2012 posudkový lekár uviedol, že podľa lekárskej správy zo dňa 24. februára 2010 bol navrhovateľ uznaný invalidným s poklesom miery schopnosti vykonávať zárobkovú činnosť o 70 % od 15. júla 2010. Dôvodom uznania invalidity bola diagnóza obezita s komplikáciami, určená ako rozhodujúce zdravotné postihnutie. Objektívnym fyzikálnym vyšetrením dňa 10. mája 2012 bola zistená progresia lymfedému na oboch dolných končatinách. Súčasne k posúdeniu zdravotného stavu a prehodnoteniu miery poklesu schopnosti vykonávať zárobkovú činnosť boli posudkovému lekárovi predložené lekárske nálezy: pneumologický zo dňa 24. januára 2012 a interný zo dňa 17. februára 2012, ktoré dokumentovali bronchiálnu astmu. Spirometrickým vyšetrením bolo objektívne preukázané zhoršenie funkcie dýchacieho systému, zmiešanej ventilačnej poruchy s prítomnou hypoxémiou. Z uvedených dôvodov bola navrhovateľovi zvýšená miera poklesu schopnosti vykonávať zárobkovú činnosť na iné zdravotné postihnutie o 5 % dňom posúdenia, t. j. od 10. mája 2012. To znamená, že miera poklesu schopnosti vykonávať zárobkovú navrhovateľa je týmto dňom 75 %. Na základe lekárskej správy zo dňa 10. mája 2012 vydala odporkyňa rozhodnutie č. XXX XXX XXXX X zo dňa 25. mája 2012, ktorým podľa ust. § 73, § 112 ods. 4 a § 82 zákona o sociálnom poistení zvýšila navrhovateľovi od 10. mája 2012 invalidný dôchodok na sumu 454,90 Eur mesačne. Odporkyňa svoje rozhodnutie odôvodnila tým, že navrhovateľova miera poklesu schopnosti vykonávať zárobkovú činnosť sa od 10. mája 2012 zvýšila na viac ako 70 %. Vydaním predmetného rozhodnutia odporkyňa celkom vyhovela navrhovateľovmu opravnému prostriedku. Podľa § 250o O.s.p., ak správny orgán, ktorého rozhodnutie súd preskúma vydá nové rozhodnutie, ktorým návrhu celkom vyhovie, súd uznesením konanie zastaví. S poukazom na vyššie uvedené súd podľa § 250o O.s.p. konanie zastavil. O trovách konania súd rozhodol podľa § 250l ods. 2, § 246c a § 146 ods. 1 písm. c) O.s.p. Poučenie: Proti tomuto uzneseniu j e možné podať odvolanie v lehote 15 dní od jeho doručenia na Krajský súd v Bratislave, písomne, dvojmo.</w:t>
      </w:r>
    </w:p>
    <w:p/>
    <w:p>
      <w:r>
        <w:t>Zdroj: KAUZIS.SK – https://www.kauzis.sk/judikatura/r/ECLI:SK:KSBA:2012:1011200313.2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