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8Sd/41/2011 z 19. 11. 2012</w:t>
      </w:r>
    </w:p>
    <w:p>
      <w:r>
        <w:t>Rozsudok Krajského súdu Bratislava z 19. novembra 2012, sp. zn. 8Sd/41/2011, ECLI:SK:KSBA:2012:1011200390.1</w:t>
      </w:r>
    </w:p>
    <w:p>
      <w:r>
        <w:t>Súd: Krajský súd Bratislava</w:t>
      </w:r>
    </w:p>
    <w:p>
      <w:r>
        <w:t>Spisová značka: 8Sd/41/2011</w:t>
      </w:r>
    </w:p>
    <w:p>
      <w:r>
        <w:t>ECLI: ECLI:SK:KSBA:2012:1011200390.1</w:t>
      </w:r>
    </w:p>
    <w:p>
      <w:r>
        <w:t>Dátum vydania: 19. 11.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8Sd/41/2011 Identifikačné číslo súdneho spisu: 1011200390 Dátum vydania rozhodnutia: 20. 11. 2012 Meno a priezvisko sudcu, VSÚ: JUDr. Peter Pospech ECLI: ECLI:SK:KSBA:2012:1011200390.1 ROZSUDOK V MENE SLOVENSKEJ REPUBLIKY Krajský súd v Bratislave pred samosudcom JUDr. Petrom Pospechom, v právnej veci navrhovateľa: Š. W., S. Č.J. XXXXXX/XXXX, T. P. I. XXXX/XX, XXX XX T., proti odporkyni: Sociálna poisťovňa - ústredie, Ul. 29. augusta 8, 813 63 Bratislava, právne zast. Mgr. Zuzanou Majerskou, v spore o invalidný dôchodok, takto r o z h o d o l : Súd napadnuté rozhodnutie odporcu č. XXX XXX XXXX X zo dňa 28. septembra 2010 p o t v r d z u j e. Navrhovateľ nemá právo na náhradu trov konania. o d ô v o d n e n i e : Napadnutým rozhodnutím zo dňa 28.09.2010 č. XXX XXX XXXX odporkyňa navrhovateľovi zamietla v súlade s § 70 zákona č. 461/2003 Z.z. o sociálnom poistení žiadosť o invalidný dôchodok, pretože nie je invalidný. Proti tomuto rozhodnutiu podal navrhovateľ opravný prostriedok, v ktorom požiadal o opätovné prešetrenie zdravotného stavu. V rámci preskúmavacieho konania bol opätovne prehodnotený zdravotný stav navrhovateľa a posudkoví lekári dospeli k zhodnému záveru, že navrhovateľ nie je invalidný podľa § 71 ods. 1 zákona č. 461/2003 Z.z. o sociálnom poistení, lebo pre dlhodobo nepriaznivý zdravotný stav nemá pokles schopnosti vykonávať zárobkovú činnosť o viac ako 40 % v porovnaní so zdravou fyzickou osobou. Krajský súd v Bratislave ako súd vecne a miestne príslušný na konanie podľa tretej hlavy, piatej časti O.s.p. preskúmal napadnuté rozhodnutie v rozsahu dôvodov, ktoré uviedol navrhovateľ vo svojom opravnom prostriedku podľa § 244 O.s.p. a zistil, že opravný prostriedok navrhovateľa nie je dôvodný. Po preskúmaní posudkového spisu zistil, že podľa lekárskej správy zo dňa 09.09.2010, ktorá tvorí súčasť napadnutého rozhodnutia a bola navrhovateľovi zaslaná v prílohe napadnutého rozhodnutia miera poklesu schopnosti vykonávať zárobkovú činnosť bola stanovená na XX % podľa § 71 zákona o sociálnom poistení. V rámci preskúmavacieho konania po podaní opravného prostriedku dospeli posudkoví lekári k zhodnému záveru, že navrhovateľ nie je invalidný podľa § 71 ods. 1 O.s.p. v znení neskorších predpisov, lebo pre dlhodobo nepriaznivý zdravotný stav nemá pokles schopnosti vykonávať zárobkovú činnosť o viac ako XX % v porovnaní so zdravou fyzickou osobou. Pojednávania dňa 20.11.2012 sa navrhovateľ nezúčastnil, avšak termín pojednávania bral na vedomie, čo potvrdil vykázaním doručenia predvolania. Vzhľadom k tomu, súd po prijatí procesného uznesenia v súlade s ust. § 101 ods. 2 O.s.p. konal a rozhodol v neprítomnosti navrhovateľa, podľa stavu v čase vydania rozhodnutia podľa § 154 O.s.p.. Vzhľadom k nesplneniu zákonnej podmienky pre priznanie invalidného dôchodku a to dosiahnutie miery poklesu schopnosti vykonávať zárobkovú činnosť v porovnaní so zdravou fyzickou osobou o viac ako XX %, súd dospel k záveru, že napadnuté rozhodnutie č. XXX XXX XXXX zo dňa 28.09.2010, ktorým bola zamietnutá žiadosť navrhovateľa o invalidný dôchodok je správne a bolo vydané v súlade so zákonom podľa § 71 ods. 1 zákona o sociálnom poistení č. 461/2003 o sociálnom poistení v znení neskorších predpisov a preto ho potvrdil ako vecne správne a vydané v súlade so zákonom, podľa § 250q ods. 2 O.s.p.. Výrok o trovách konania konajúci súd oprel o neúspešnosť navrhovateľa v spore podľa § 250k a l O.s.p. Navrhovateľ si však trovy konania neuplatnil a preto súd rozhodol, že navrhovateľovi súd trovy konania nepriznáva. Poučenie: Proti tomuto rozhodnutiu je možné podať odvolanie v lehote 15 dní od doručenia tohto rozhodnutia na Krajskom súde v Bratislave, písomne, dvojmo. V odvolaní sa má uviesť okrem všeobecných náležitostí v § 42 ods. 3 O.s.p.,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https://www.kauzis.sk/judikatura/r/ECLI:SK:KSBA:2012:1011200390.1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