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3S/47/2011 z 11. 9. 2012</w:t>
      </w:r>
    </w:p>
    <w:p>
      <w:r>
        <w:t>Uznesenie Krajského súdu Bratislava z 11. septembra 2012, sp. zn. 3S/47/2011, ECLI:SK:KSBA:2012:1011200444.2</w:t>
      </w:r>
    </w:p>
    <w:p>
      <w:r>
        <w:t>Súd: Krajský súd Bratislava</w:t>
      </w:r>
    </w:p>
    <w:p>
      <w:r>
        <w:t>Spisová značka: 3S/47/2011</w:t>
      </w:r>
    </w:p>
    <w:p>
      <w:r>
        <w:t>ECLI: ECLI:SK:KSBA:2012:1011200444.2</w:t>
      </w:r>
    </w:p>
    <w:p>
      <w:r>
        <w:t>Dátum vydania: 11. 9.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3S/47/2011 Identifikačné číslo súdneho spisu: 1011200444 Dátum vydania rozhodnutia: 12. 09. 2012 Meno a priezvisko sudcu, VSÚ: JUDr. Viera Šebestová ECLI: ECLI:SK:KSBA:2012:1011200444.2 Uznesenie Krajský súd v Bratislave v právnej veci žalobcu: TAXI TREND BRATISLAVA, s.r.o., Odborárska 52, Bratislava, IČO: 44 732 309, zastúpený: JUDr. Ivan Jánošík, advokát, Klincová 35, P.O.BOX 2, 810 05 Bratislava, proti žalovanému: Finančné riaditeľstvo Slovenskej republiky, Vazovova 2, Bratislava, o preskúmanie zákonnosti rozhodnutia žalovaného č. I/222/170-6011/2011/991759-r zo dňa 11.2.2011, takto r o z h o d o l : Súd zrušuje uznesenie Krajského súdu v Bratislave č.k. 3S/47/2011-28 zo dňa 12.6.2012. o d ô v o d n e n i e : Žalobou doručenou tunajšiemu súdu dňa 15.3.2011 sa žalobca domáhal preskúmania zákonnosti rozhodnutia žalovaného č. I/222/170-6011/2011/991759-r zo dňa 11.2.2011, ktorým bolo potvrdené rozhodnutie rozhodnutie správcu dane platobný výmer č. 3/10/001792-36/81/899456 zo dňa 29.11.2010, ktorým bola žalobcovi vyrubená daň za užívanie verejného priestranstva. Keďže žalobca ani na výzvu súdu nezaplatil súdny poplatok, súd konanie uznesením č. k. 3S/47/2011-28 zo dňa 12.6.2012 zastavil. Predmetné uznesenie bolo žalobcovi doručené dňa 2.7.2012. Dňa 4.7.2012 bol tunajšiemu súdu doručený návrh na zrušenie uznesenia č. k. 3S/47/2011-28 zo dňa 12.6.2012, keďže žalobca súdny poplatok zaplatil spolu s uvedeným podaním vo forme kolkov. Podľa § 10 ods. 3 zákona č. 71/1992 Zb. o súdnych poplatkoch prvostupňový súd zruší uznesenie o zastavení konania pre nezaplatenie súdneho poplatku, ak poplatník zaplatí súdny poplatok do konca lehoty na podanie odvolania. Prvostupňový súd zruší uznesenie o zastavení konania pre nezaplatenie súdneho poplatku aj vtedy, ak bolo konanie prerušené podľa osobitného predpisu a správca v ňom pokračuje namiesto poplatníka. Vzhľadom na to, že žalobca dodatočne v lehote na podanie odvolania zaplatil súdny poplatok, rozhodol súd tak, že uznesenie o zastavení konania zrušil. Poučenie: Proti tomuto uzneseniu možno podať odvolanie do 15 dní odo dňa jeho doručenia, na Krajský súd v Bratislave.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https://www.kauzis.sk/judikatura/r/ECLI:SK:KSBA:2012:1011200444.2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