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8Scud/17/2011 z 20. 2. 2012</w:t>
      </w:r>
    </w:p>
    <w:p>
      <w:r>
        <w:t>Uznesenie Krajského súdu Bratislava z 20. februára 2012, sp. zn. 8Scud/17/2011, ECLI:SK:KSBA:2012:1011200563.1</w:t>
      </w:r>
    </w:p>
    <w:p>
      <w:r>
        <w:t>Súd: Krajský súd Bratislava</w:t>
      </w:r>
    </w:p>
    <w:p>
      <w:r>
        <w:t>Spisová značka: 8Scud/17/2011</w:t>
      </w:r>
    </w:p>
    <w:p>
      <w:r>
        <w:t>ECLI: ECLI:SK:KSBA:2012:1011200563.1</w:t>
      </w:r>
    </w:p>
    <w:p>
      <w:r>
        <w:t>Dátum vydania: 20.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8Scud/17/2011 Identifikačné číslo súdneho spisu: 1011200563 Dátum vydania rozhodnutia: 21. 02. 2012 Meno a priezvisko sudcu, VSÚ: JUDr. Peter Pospech ECLI: ECLI:SK:KSBA:2012:1011200563.1 Uznesenie Krajský súd v Bratislave v právnej veci navrhovateľky: J. R., nar. XX.XX.XXXX, bytom P.. XX, XXX XX H. G., G. M. T.,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12.07.2011 žiadala preskúmať rozhodnutie odporkyne číslo: XXXXXXX 226 zo dňa 02.06.2011, ktorým odporkyňa priznala navrhovateľke invalidný dôchodok. Písomným prehlásením došlým Sociálnej poisťovni - ústredie dňa 06.02.2012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https://www.kauzis.sk/judikatura/r/ECLI:SK:KSBA:2012:1011200563.1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