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3S/67/2011 z 6. 5. 2012</w:t>
      </w:r>
    </w:p>
    <w:p>
      <w:r>
        <w:t>Uznesenie Krajského súdu Bratislava z 6. mája 2012, sp. zn. 3S/67/2011, ECLI:SK:KSBA:2012:1011200568.1</w:t>
      </w:r>
    </w:p>
    <w:p>
      <w:r>
        <w:t>Súd: Krajský súd Bratislava</w:t>
      </w:r>
    </w:p>
    <w:p>
      <w:r>
        <w:t>Spisová značka: 3S/67/2011</w:t>
      </w:r>
    </w:p>
    <w:p>
      <w:r>
        <w:t>ECLI: ECLI:SK:KSBA:2012:1011200568.1</w:t>
      </w:r>
    </w:p>
    <w:p>
      <w:r>
        <w:t>Dátum vydania: 6. 5. 2012</w:t>
      </w:r>
    </w:p>
    <w:p>
      <w:r>
        <w:t>Forma: Uznesenie</w:t>
      </w:r>
    </w:p>
    <w:p>
      <w:pPr>
        <w:pStyle w:val="Heading2"/>
      </w:pPr>
      <w:r>
        <w:t>Text rozhodnutia</w:t>
      </w:r>
    </w:p>
    <w:p>
      <w:r>
        <w:t>Súd: Krajský súd Bratislava Spisová značka: 3S/67/2011 Identifikačné číslo súdneho spisu: 1011200568 Dátum vydania rozhodnutia: 07. 05. 2012 Meno a priezvisko sudcu, VSÚ: JUDr. Ivana Nevíďanská ECLI: ECLI:SK:KSBA:2012:1011200568.1 Uznesenie Krajský súd v Bratislave v právnej veci žalobcu: Ing. X. U., Vorderes Gwend 5, 746 13 Öhringen, Spolková republiky Nemecko, zastúpeného: JUDr. Pavol Erben, advokát so sídlom Nám. SNP 22, 811 01 Bratislava, proti žalovanému: Katastrálny úrad v Bratislave, so sídlom Chlumeckého 2, 821 03 Bratislava 2, o preskúmanie zákonnosti rozhodnutia žalovaného č. C. zo dňa 08.02.2011, takto r o z h o d o l : Súd konanie p r e r u š u j e do právoplatného rozhodnutia správneho orgánu o proteste prokurátora Krajskej prokuratúry Bratislava č. Kd XXX/XX-XX zo dňa 22.06.2011 proti rozhodnutiu žalovaného č. Xo-XXX/XX-BP zo dňa 08.02.2011. o d ô v o d n e n i e : Žalobou doručenou tunajšiemu súdu dňa 31.03.2011 sa žalobca domáhal preskúmania rozhodnutia žalovaného č. Xo-XXX/XX-BP zo dňa 08.02.2011, ktorým žalovaný zamietol odvolanie žalobcu a potvrdil rozhodnutie Správy katastra pre hlavné mesto Slovenskej republiky Bratislavu č. X-XXX/XX zo dňa 31.07.2008 o nevyhovení návrhu žalobcu na opravu chyby v katastrálnom operáte na opravu nesprávneho zápisu bytu č. 0-b na prízemí s prislúchajúcim podielom na spoločných častiach a zariadeniach domu o veľkosti 350/1000 v bytovom dome súp. č. XXXXXX postavenom na pozemku parc. č. 1298 na Smetanovej ul.č. 4, vedenom na LV č. 2807, k.ú. Staré mesto. Žalovaný podaním doručeným tunajšiemu súdu dňa 06.09.2011 požiadal o prerušenie predmetného konania, nakoľko dňa 29.06.2011 bol žalovanému doručený protest prokurátora Krajskej prokuratúry Bratislava č. Kd XXX/XX-XX zo dňa 22.06.2011 proti rozhodnutiu žalovaného č. Xo-XXX/XX-BP zo dňa 08.02.2011, a to až do vybavenia protestu prokurátora. Podľa ustanovenia § 250i ods. 4 prvá veta Občianskeho súdneho poriadku (ďalej len ,,OSP“), ak bolo rozhodnutie správneho orgánu medzitým napadnuté protestom prokurátora, súd konania o žalobe preruší až do jeho vybavenia; ak napadnuté rozhodnutie bolo zrušené alebo zmenené, súd konanie o žalobe zastaví. Vzhľadom na uvedené súd návrhu na prerušenie konania vyhovel, tak ako je to uvedené vo výroku tohto uznesenia. Poučenie: Proti tomuto uzneseniu možno podať odvolanie do 15 dní odo dňa jeho doručenia na Najvyšší súd Slovenskej republiky prostredníctvom Krajského súdu v Bratislave, písomne v troch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https://www.kauzis.sk/judikatura/r/ECLI:SK:KSBA:2012:1011200568.1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