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5Sd/69/2011 z 28. 3. 2012</w:t>
      </w:r>
    </w:p>
    <w:p>
      <w:r>
        <w:t>Uznesenie Krajského súdu Bratislava z 28. marca 2012, sp. zn. 5Sd/69/2011, ECLI:SK:KSBA:2012:1011200608.1</w:t>
      </w:r>
    </w:p>
    <w:p>
      <w:r>
        <w:t>Súd: Krajský súd Bratislava</w:t>
      </w:r>
    </w:p>
    <w:p>
      <w:r>
        <w:t>Spisová značka: 5Sd/69/2011</w:t>
      </w:r>
    </w:p>
    <w:p>
      <w:r>
        <w:t>ECLI: ECLI:SK:KSBA:2012:1011200608.1</w:t>
      </w:r>
    </w:p>
    <w:p>
      <w:r>
        <w:t>Dátum vydania: 28. 3. 2012</w:t>
      </w:r>
    </w:p>
    <w:p>
      <w:r>
        <w:t>Forma: Uznesenie</w:t>
      </w:r>
    </w:p>
    <w:p>
      <w:r>
        <w:t>Oblasť práva: Správne právo</w:t>
      </w:r>
    </w:p>
    <w:p>
      <w:pPr>
        <w:pStyle w:val="Heading2"/>
      </w:pPr>
      <w:r>
        <w:t>Text rozhodnutia</w:t>
      </w:r>
    </w:p>
    <w:p>
      <w:r>
        <w:t>Súd: Krajský súd Bratislava Spisová značka: 5Sd/69/2011 Identifikačné číslo súdneho spisu: 1011200608 Dátum vydania rozhodnutia: 29. 03. 2012 Meno a priezvisko sudcu, VSÚ: JUDr. Renáta Janáková ECLI: ECLI:SK:KSBA:2012:1011200608.1 Uznesenie Krajský súd v Bratislave v právnej veci navrhovateľky: V.. H. S., T.. XX.XX.XXXX, bytom Š. XXXX/X, XXX XX H., proti odporkyni: Sociálna poisťovňa - ústredie, so sídlom: Ul. 29. augusta 8, Bratislava, o invalidný dôchodok, takto r o z h o d o l : Súd konanie z a s t a v u j e. Žiaden z účastníkov n e m á právo na náhradu trov konania. o d ô v o d n e n i e : Navrhovateľka svojim návrhom zo dňa XX. S. XXXX žiadala preskúmať rozhodnutie odporkyne č. XXX XXX XXXX zo dňa XX. T. XXXX, ktorým odporkyňa priznala navrhovateľke invalidný dôchodok od XX. G. XXXX. Navrhovateľka v opravnom prostriedku uviedla, že nesúhlasí s určením miery poklesu schopnosti vykonávať zárobkovú činnosť XX %. a poukázala na svoj zlý zdravotný stav. Rozhodnutím číslo XXX XXX XXXX X zo dňa XX. Z. XXXX zrušila odporkyňa podľa ust. § 112 ods. 1 zákona o sociálnom poistení napadnuté rozhodnutie č. XXX XXX XXXX zo dňa XX. T. XXXX. Rozhodnutím č. XXX XXX XXXX X zo dňa XX. Z. XXXX odporkyňa podľa ust. § 70 ods. 2, a § 82 zákona č. 461/2003 Z.z. o sociálnom poistení v znení neskorších predpisov (ďalej len zákon o sociálnom poistení) priznala navrhovateľke od XX. G. XXXX invalidný dôchodok v sume XXX,XX Eur mesačne a ktorý následne navrhovateľke zvyšovala vždy od XX. N. príslušného kalendárneho roka podľa ust. § 82 zákona o sociálnom poistení a v súlade s opatrením Ministerstva práce, sociálnych vecí a rodiny Slovenskej republiky, ktoré ustanovuje percento zvýšenia dôchodkovej dávky tak, že od XX. N. XXXX navrhovateľka má zvýšený invalidný dôchodok na sumu XXX,XX Eur. Odporkyňa týmto vyhovela navrhovateľkinmu opravnému prostriedku v celom rozsahu. Podľa § 250o O.s.p., ak správny orgán, ktorého rozhodnutie súd preskúma vydá nové rozhodnutie, ktorým návrhu celkom vyhovie, súd uznesením konanie zastaví. S poukazom na vyššie uvedené súd podľa § 250o O.s.p. konanie zastavil. O trovách konania súd rozhodol podľa § 250l ods. 2, § 246c a § 146 ods. 1 písm. c) O.s.p. Poučenie: Proti tomuto uzneseniu j e možné podať odvolanie v lehote 15 dní od jeho doručenia na Krajský súd v Bratislave, písomne, dvojmo.</w:t>
      </w:r>
    </w:p>
    <w:p/>
    <w:p>
      <w:r>
        <w:t>Zdroj: KAUZIS.SK – https://www.kauzis.sk/judikatura/r/ECLI:SK:KSBA:2012:1011200608.1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