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5Sd/71/2011 z 26. 4. 2012</w:t>
      </w:r>
    </w:p>
    <w:p>
      <w:r>
        <w:t>Uznesenie Krajského súdu Bratislava z 26. apríla 2012, sp. zn. 5Sd/71/2011, ECLI:SK:KSBA:2012:1011200624.1</w:t>
      </w:r>
    </w:p>
    <w:p>
      <w:r>
        <w:t>Súd: Krajský súd Bratislava</w:t>
      </w:r>
    </w:p>
    <w:p>
      <w:r>
        <w:t>Spisová značka: 5Sd/71/2011</w:t>
      </w:r>
    </w:p>
    <w:p>
      <w:r>
        <w:t>ECLI: ECLI:SK:KSBA:2012:1011200624.1</w:t>
      </w:r>
    </w:p>
    <w:p>
      <w:r>
        <w:t>Dátum vydania: 26.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5Sd/71/2011 Identifikačné číslo súdneho spisu: 1011200624 Dátum vydania rozhodnutia: 27. 04. 2012 Meno a priezvisko sudcu, VSÚ: JUDr. Renáta Janáková ECLI: ECLI:SK:KSBA:2012:1011200624.1 Uznesenie Krajský súd v Bratislave v právnej veci navrhovateľa: Š. H., F.. XX. J. XXXX, bytom F. XXXX/XX, XXX XX T., proti odporkyni: Sociálna poisťovňa - ústredie, so sídlom Ul. 29. augusta 8, Bratislava, o invalidný dôchodok, takto r o z h o d o l : Súd konanie z a s t a v u j e. Žiaden z účastníkov n e m á právo na náhradu trov konania. o d ô v o d n e n i e : Navrhovateľ svojim návrhom zo dňa 17. marca 2011 žiadal preskúmať rozhodnutie odporkyne č. XXX XXX XXXX X zo dňa 18. marca 2011, ktorým odporkyňa zamietla navrhovateľovu žiadosť o priznanie invalidného dôchodku z dôvodu, že miera poklesu schopnosti vykonávať zárobkovú činnosť navrhovateľa nedosiahla zákonom požadovaných 40 %, ale 35 %. Odporkyňa na základe podaného opravného prostriedku požiadala posudkového lekára sociálneho poistenia o opätovné posúdenie zdravotného stavu navrhovateľa. Posudkový lekár vyhotovil dňa 05. mája 2011 lekársku správu v ktorej uviedol, že navrhovateľova miera poklesu schopnosti vykonávať zárobkovú činnosť je 60 %. Rozhodnutím č. XXX XXX XXXX X zo dňa 31. mája 2011 odporkyňa podľa § 112 ods. 1 zákona č. 461/2003 Z.z. o sociálnom poistení v znení neskorších predpisov (ďalej len „zákon o sociálnom poistení“) zrušila svoje rozhodnutie č. XXX XXX XXX zo dňa 18. marca 2011 o zamietnutí žiadosti o invalidný dôchodok. Rozhodnutím č. XXX XXX XXXX X zo dňa 30. mája 2011 odporkyňa podľa ust. § 70 ods. 1 a § 82 zákona o sociálnom poistení priznala navrhovateľovi od 28. februára 2011 invalidný dôchodok v sume XXX,XX Eur mesačne. Vydaním predmetného zmenového rozhodnutia odporkyňa celkom vyhovela navrhovateľovmu opravnému prostriedku zo dňa 17. marca 2011.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https://www.kauzis.sk/judikatura/r/ECLI:SK:KSBA:2012:1011200624.1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