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2S/60/2011 z 26. 3. 2012</w:t>
      </w:r>
    </w:p>
    <w:p>
      <w:r>
        <w:t>Uznesenie Krajského súdu Bratislava z 26. marca 2012, sp. zn. 2S/60/2011, ECLI:SK:KSBA:2012:1011200748.4</w:t>
      </w:r>
    </w:p>
    <w:p>
      <w:r>
        <w:t>Súd: Krajský súd Bratislava</w:t>
      </w:r>
    </w:p>
    <w:p>
      <w:r>
        <w:t>Spisová značka: 2S/60/2011</w:t>
      </w:r>
    </w:p>
    <w:p>
      <w:r>
        <w:t>ECLI: ECLI:SK:KSBA:2012:1011200748.4</w:t>
      </w:r>
    </w:p>
    <w:p>
      <w:r>
        <w:t>Dátum vydania: 26.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2S/60/2011 Identifikačné číslo súdneho spisu: 1011200748 Dátum vydania rozhodnutia: 27. 03. 2012 Meno a priezvisko sudcu, VSÚ: JUDr. Ivana Nevíďanská ECLI: ECLI:SK:KSBA:2012:1011200748.4 Uznesenie Krajský súd v Bratislave v právnej veci žalobcov: 1. Z.. N. R., T. 2, U., 2. W. R., T. 2, U., 3. Z.. arch. T. D., X. XX, U., všetci zastúpení: JUDr. Ivan Jánošík, advokát, Klincová ul. 35, Bratislava, proti žalovanému: Krajský stavebný úrad v Bratislave, Lamačská cesta 8, Bratislava, za účasti: 1. J. Z., Y. XX, U., 2. J. Z., Y. XX, U., 3. R. X., F. 3, U., 4. G. X., F. 3, U., 5. R. F., F. XX, U., 6. Y. F., F. XX, U., 7. Z.. J. X., T. 4, U., 8. J. E., J. F. XX, U., 9. U. E., J. F. XX, U., 10. Hlavné mesto SR Bratislava, Primaciálne nám. 1, Bratislava, o preskúmanie zákonnosti postupu a rozhodnutia žalovaného č. A-2011/0723-DLD zo dňa 22.03.2011, jednohlasne, takto r o z h o d o l : Súd označenie čísla konania rozsudku Krajského súdu v Bratislave č.k. 2S 66/2011-77 zo dňa 07.12.2011 v znení: „ .. 2S 66/11-77 .. “ o p r a v u j e tak, že správne má znieť: „ .. 2S 60/11-77 .. “. Súd označenie spisovej značky v rozsudku Krajského súdu v Bratislave č.k. 2S 66/2011-77 zo dňa 07.12.2011 v znení: „ .. 2S 66/11 .. “ o p r a v u j e v celom texte rozsudku tak, že správne má znieť: „ .. 2S 60/11 .. “. o d ô v o d n e n i e : Žalobou doručenou Krajskému súdu v Bratislave dňa 21.04.2011 sa žalobca domáhal preskúmania napadnutého rozhodnutia žalovaného č. A-2011/0723-DLD zo dňa 22.03.2011 a odloženia vykonateľnosti napadnutého rozhodnutia žalovaného, ktorým potvrdil prvostupňové rozhodnutie Mestskej časti Bratislava - Lamač č. L 2010-09/323/UR/5/Šo zo dňa 12.07.2010. Krajský súd v Bratislave rozsudkom č.k. 2S 66/2011-77 zo dňa 07.12.2011 rozhodol tak, že žalobu o preskúmanie zákonnosti napadnutého rozhodnutia žalovaného zamietol a účastníkom právo na náhradu trov konania nepriznal. Podľa § 164 Občianskeho súdneho poriadku (ďalej len ,, OSP“)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Vzhľadom na skutočnosť, že pri písaní a opise predmetného rozsudku došlo k chybe a zrejmej nesprávnosti pri označení čísla konania predmetného rozsudku a spisovej značky predmetnej veci v rozsudku, súd v zmysle citovaného zákonného ustanovenia chybu opravil. Poučenie: Proti tomuto uzneseniu je možné podať odvolanie v lehote 15 dní odo dňa jeho doručenia, a to písomne, v štyroch vyhotoveniach na Krajský súd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https://www.kauzis.sk/judikatura/r/ECLI:SK:KSBA:2012:1011200748.4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