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8Sd/89/2011 z 16. 4. 2012</w:t>
      </w:r>
    </w:p>
    <w:p>
      <w:r>
        <w:t>Uznesenie Krajského súdu Bratislava z 16. apríla 2012, sp. zn. 8Sd/89/2011, ECLI:SK:KSBA:2012:1011200756.1</w:t>
      </w:r>
    </w:p>
    <w:p>
      <w:r>
        <w:t>Súd: Krajský súd Bratislava</w:t>
      </w:r>
    </w:p>
    <w:p>
      <w:r>
        <w:t>Spisová značka: 8Sd/89/2011</w:t>
      </w:r>
    </w:p>
    <w:p>
      <w:r>
        <w:t>ECLI: ECLI:SK:KSBA:2012:1011200756.1</w:t>
      </w:r>
    </w:p>
    <w:p>
      <w:r>
        <w:t>Dátum vydania: 16.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8Sd/89/2011 Identifikačné číslo súdneho spisu: 1011200756 Dátum vydania rozhodnutia: 17. 04. 2012 Meno a priezvisko sudcu, VSÚ: JUDr. Peter Pospech ECLI: ECLI:SK:KSBA:2012:1011200756.1 Uznesenie Krajský súd v Bratislave v právnej veci navrhovateľa: U.. Z. F., nar. XX.XX.XXXX, bytom M. XX, I.,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 svojim návrhom zo dňa 14.01.2011 žiadal preskúmať rozhodnutie odporkyne číslo: XXX XXX XXXX X zo dňa 04.01.2011, ktorým zamietla žiadosť navrhovateľa o invalidný dôchodok. Písomným prehlásením zo dňa 17.04.2012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https://www.kauzis.sk/judikatura/r/ECLI:SK:KSBA:2012:1011200756.1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