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5Sd/99/2011 z 11. 9. 2012</w:t>
      </w:r>
    </w:p>
    <w:p>
      <w:r>
        <w:t>Rozsudok Krajského súdu Bratislava z 11. septembra 2012, sp. zn. 5Sd/99/2011, ECLI:SK:KSBA:2012:1011200788.3</w:t>
      </w:r>
    </w:p>
    <w:p>
      <w:r>
        <w:t>Súd: Krajský súd Bratislava</w:t>
      </w:r>
    </w:p>
    <w:p>
      <w:r>
        <w:t>Spisová značka: 5Sd/99/2011</w:t>
      </w:r>
    </w:p>
    <w:p>
      <w:r>
        <w:t>ECLI: ECLI:SK:KSBA:2012:1011200788.3</w:t>
      </w:r>
    </w:p>
    <w:p>
      <w:r>
        <w:t>Dátum vydania: 11. 9. 2012</w:t>
      </w:r>
    </w:p>
    <w:p>
      <w:r>
        <w:t>Forma: Rozsudok</w:t>
      </w:r>
    </w:p>
    <w:p>
      <w:r>
        <w:t>Oblasť práva: Správne právo</w:t>
      </w:r>
    </w:p>
    <w:p>
      <w:pPr>
        <w:pStyle w:val="Heading2"/>
      </w:pPr>
      <w:r>
        <w:t>Text rozhodnutia</w:t>
      </w:r>
    </w:p>
    <w:p>
      <w:r>
        <w:t>Súd: Krajský súd Bratislava Spisová značka: 5Sd/99/2011 Identifikačné číslo súdneho spisu: 1011200788 Dátum vydania rozhodnutia: 12. 09. 2012 Meno a priezvisko sudcu, VSÚ: JUDr. Renáta Janáková ECLI: ECLI:SK:KSBA:2012:1011200788.3 ROZSUDOK V MENE SLOVENSKEJ REPUBLIKY Krajský súd v Bratislave, samosudkyňou JUDr. Renátou Janákovou, v právnej veci navrhovateľa: K. K., bytom XXX XX D., H. XXX/XX proti odporkyni: Sociálna poisťovňa - ústredie, Ul. 29. augusta č. 8, 813 63 Bratislava 1, o invalidný dôchodok, takto r o z h o d o l : Súd rozhodnutie odporkyne číslo XXX XXX XXXX X zo dňa 24. februára 2012, rozhodnutie číslo XXX XXX XXXX X z 22. februára 2012 a rozhodnutie číslo XXX XXX XXXX zo dňa 12. apríla 2012 p o t v r d z u j e. Účastníkom náhradu trov konania n e p r i z n á v a. o d ô v o d n e n i e : Odporkyňa napadnutým rozhodnutím číslo XXX XXX XXXX zo dňa 15. marca 2011 podľa § 70 a § 71 zákona číslo 461/203 Z.z. o sociálnom poistení v znení neskorších predpisov navrhovateľovi zamietla žiadosť o invalidný dôchodok z 16. februára 2011. Rozhodla tak s odôvodnením, že podľa posudku posudkového lekára sociálneho poistenie, pobočky Sociálnej poisťovne Bratislava z 16. februára 2011 nie je invalidný podľa § 71 ods. 1 zák. č. 461/2003 Z.z., lebo pre dlhodobo nepriaznivý zdravotný stav nemá pokles schopnosti vykonávať zárobkovú činnosť o viac ako 40 % v porovnaní so zdravou fyzickou osobou. Proti tomuto rozhodnutiu podal navrhovateľ včas opravný prostriedok, pretože jeho zdravotný stav po druhej operácii srdca mu nedovoľuje plnohodnotne vykonávať pracovnú činnosť, a preto žiadal prehodnotenie stanoviska odporkyne. Za účelom posúdenia invalidity navrhovateľa, vypracoval posudkový lekár sociálneho poistenia K.. U. D. lekársku správu - posudok dňa 16. februára 2011 v ktorej uviedla, že navrhovateľ sa v roku 1998 sa podrobil srdcovej operácii pre defekt predsieňového septa, s dobrým funkčným výsledkom, v januári 2010 bol hospitalizovaný v NÚSCH kde sa podrobil operačnému zákroku korekcii aneuryzmy aorty s dobrým funkčným výsledkom bez dilatácie aorty a bez známok pľúcnej hypertenzie. Kontrolné EKG vyšetrenie a ECHO Kg sú v medziach normy, EF je 55 %. V máji a júni 2010 bol vyšetrený na ORL ambulancii pre závrate, bolesti a pocit zaľahnutia v oboch ušiach, v júni 2010 bol vyšetrený na neurológii pre krátko trvajúci pocit závratu a ťažkosti s krčnou chrbticou, s doporučenou rehabilitáciou. V októbri 2010 absolvoval kúpeľnú liečbu na Sliači. Naďalej ostáva v liečbe a dispenzárnej starostlivosti kardiológa. Po zhodnotení zdravotnej dokumentácie a stavu navrhovateľa určila mieru poklesu schopnosti vykonávať zárobkovú činnosť - 35 %, invalidita nevznikla. Za rozhodujúce zdravotné postihnutie navrhovateľovi určila stav po korekcii defektu predsieňového septa a korekcii aneuryzmy ascendentnej aorty s dobrým funkčným výsledkom (kap IX, oddiel A, položka 8.a), prílohy číslo 4 zákona číslo 461/2003 Z.z. o sociálnom poistení), mieru poklesu schopnosti vykonávať zárobkovú činnosť určila na 35 %, a pre iné zdravotné postihnutie percentuálnu mieru nenavýšila. Posudková lekárka určila, že navrhovateľ nie je invalidný podľa § 71 ods. 1 zákona číslo 461/2003 Z.z. o sociálnom poistení lebo pre dlhodobo nepriaznivý zdravotný stav nemá pokles schopnosti vykonávať zárobkovú činnosť o viac ako 40 % v porovnaní so zdravou fyzickou osobou. Za účelom posúdenia invalidity navrhovateľa na základe konania o jeho opravnom prostriedku proti rozhodnutiu odporkyne vypracoval druhostupňový posudkový lekár sociálneho poistenia K.. A. J. lekársku správu - posudok dňa 6. júla 2011, v ktorej uviedla, že navrhovateľ od 11. januára 2010 bol uznaný dočasne práceneschopným, dočasná pracovná neschopnosť bola ukončená dňom 31. januára 2011 s anamnézou primárneho interného ochorenia v zmysle defektu predsieňového septa, ktorý bol zistený v roku 1997, následne chirurgicky riešený v januári 1998. V januári 2010 navrhovateľovi bol vykonaný ďalší operačný zákrok pre aneuryzmu vzostupnej časti aorty, je v liečbe kardiológa, posledné kardiologické vyšetrenie je zo dňa 6. júna 2011 s horeuvedeným diagnostickým záverom, ultrazvukové vyšetrenie je zo dňa 6. júna 2011 s horeuvedeným diagnostickým záverom, ultrazvukové vyšetrenie srdca potvrdilo nezávažnú mitrálnu nedostatočnosť a ľahkú pľúcnu hypertenziu, ergomatrické vyšetrenie zo dňa 2. júna 2011 potvrdilo že test je pozitívny, je znížená tolerancia záťaže a pracovnej výkonnosti. Kardiológ vo svojom odbornom vyšetrení ďalej udáva, že u menovaného je ischemická choroba srdca - funkčné štádium NYHA III. a artériová hypertenzia III. štádium podľa WHO. S uvedenými závermi kardiológa nesúhlasím, nakoľko nie sú zrealizované pomocné paraklinické a laboratórne vyšetrenia, ktoré by jasne ozrejmili komplikácie choroby vysokého krvného tlaku - cievne, očné, obličkové atď. takisto nie je vyklasifikovaná ischemická choroba srdca, pretože sa jedná len o jednorazový údaj, v kardiologickom vyšetrení zo dňa 6. júna 2011. Navrhovateľ je z kardiologického hľadiska nedoriešený, je v štádiu realizácie ďalších odborných vyšetrení, poučený, že výsledky týchto vyšetrení môže zdokladovať Krajský súd Bratislava. Za rozhodujúce zdravotné postihnutie navrhovateľovi určila choroby obehovej sústavy, -srdcové choroby,- stav po korekcii defektu predsieňového septa a korekcii aneuryzmy ascendentnej aorty s dobrým funkčným výsledkom, I 97 (kap. IX, oddiel A, položka 8a), prílohy číslo 4 zákona číslo 461/2003 Z.z. o sociálnom poistení), mieru poklesu schopnosti vykonávať zárobkovú činnosť určila na 35 % a pre iné zdravotné postihnutie navrhovateľovi percentuálnu mieru nenavýšila. Posudková lekárka rovnako určila, že navrhovateľ nie je invalidný podľa § 71 ods. 1 zákona číslo 461/2003 Z.z. o sociálnom poistení, lebo pre dlhodobo nepriaznivý zdravotný stav nemá pokles schopnosti vykonávať zárobkovú činnosť o viac ako 40 % v porovnaní so zdravou fyzickou osobou. Z dôvodu nesúhlasu s určenou mierou poklesu schopnosti vykonávať zárobkovú činnosť navrhovateľ predložil súdu ďalšie lekárske správy a nálezy, ktoré posudková lekárka K.. A. J. v lekárskej správe zo dňa 22. septembra 2011 z posudkového hľadiska vyhodnotila tak, že kardiologické vyšetrenie zo dňa 6. júna 2011 a ERGO vyšetrenie zo dňa 2. júna 2011 nezdokladovali zhoršenie zdravotného stavu navrhovateľa, v dôsledku čoho zotrvala na výroku posudku a miere poklesu schopnosti vykonávať zárobkovú činnosť 35 %, tak ako je to uvedené v lekárskej správe Sociálnej poisťovne - ústredie v Bratislave zo dňa 6. júla 2011, pretože sa jednalo o lekárske správy už posudkovo vyhodnotené dňa 6. júla 2011. Po opätovnom predložení ďalších lekárskych správ a nálezov z dôvodu nesúhlasu s určenou mierou poklesu schopnosti vykonávať zárobkovú činnosť, posudkový lekár K.. K. U. v lekárskej správe zo dňa 2. februára 2012 uviedol, že rozhodujúce zdravotné postihnutie - kap. IX, choroby obehovej sústavy, oddiel A srdcové choroby, položka 1.b) ischemická choroba srdca, NYHA II., I. 25, 45 %. Celkový posudok: Posudkový lekár Sociálnej poisťovne - ústredie v Bratislave, vyšetril navrhovateľa a zohľadnil novší kardiologický nález zo dňa 8. novembra 2011 a konštatuje, že navrhovateľ je po operácii defektu predsieňového septa a korekcie aneuryzmy vzostupnej časti aorty v roku 2010. Stav je upravený, vyvinula sa však ischemická srdcová choroba, ktorá je v II. funkčnom štádiu podľa NYHA (pri ergonomickom vyšetrení dosiahol záťaž 75 W) čo zodpovedá II. funkčnému štádiu. Echokardia potvrdzuje zníženú ejekčnú frakciu ľavej komory, čo by zodpovedalo III. funkčnému ochoreniu vzhľadom na krátky čas vývoja ischemickej choroby srdca ale vzhľadom k vykonanému hodnotí mieru poklesu ako NYHA čomu zodpovedá miera poklesu schopnosti vykonávať zárobkovú činnosť 45 %, čo je horná miera rozpätia. Artériovú hypertenziu nemožno zatiaľ zaradiť do III. štádia WHO nie sú dostatočne zdokumentované ťažké orgánov zmeny. Keďže sa spolu podieľa na štádiu ECHS aj z tohto dôvodu je určená miera poklesu schopnosti vykonávať zárobkovú činnosť na zornej hranici rozpätia, ostatné zdravotné postihnutia nie sú posudkovo významné, ide o nezávažné zmeny na chrbtici, sluchová porucha je minimálna. Dátum vzniku invalidity určujem od 8. novembra 2011 od kardiologického kontrolného vyšetrenia, ktoré už potvrdzuje zmeny zodpovedajúce ICHS NYHA II. Je invalidný podľa § 71 ods. 1 zákona číslo 461/2003 Z.z. o sociálnom poistení lebo pre dlhodobo nepriaznivý zdravotný stav má pokles schopnosti vykonávať zárobkovú činnosť o viac ako 40 % v porovnaní so zdravou fyzickou osobou. Za rozhodujúce zdravotné postihnutie navrhovateľovi určil choroby obehovej sústavy, -srdcové choroby,- ischemická choroby srdca NYHA II., I 25 (kap IX, oddiel A, položka 1.b), prílohy číslo 4 zákona číslo 461/2003 Z.z. o sociálnom poistení), mieru poklesu schopnosti vykonávať zárobkovú činnosť určil na 45 %, a pre iné zdravotné postihnutie percentuálnu mieru nenavýšil. Posudkový lekár určil, že navrhovateľ je invalidný podľa § 71 ods. 1 zákona číslo 461/2003 Z.z. o sociálnom poistení, lebo pre dlhodobo nepriaznivý zdravotný stav má pokles schopnosti vykonávať zárobkovú činnosť o viac ako 40 % v porovnaní so zdravou fyzickou osobou. Dátum vzniku invalidity určil od 8. novembra 2011 s mierou poklesu schopnosti vykonávať zárobkovú činnosť 45 %. Následne odporkyňa rozhodnutím číslo XXX XXX XXXX X zo dňa 24. februára 2012 podľa § 112 ods. 1 zákona číslo 461/203 Z.z. o sociálnom poistení zrušila napadnuté rozhodnutie z 15. marca 2011 o zamietnutí žiadosti o priznanie invalidného dôchodku a vyhovela opravnému prostriedku navrhovateľa a ďalším rozhodnutím č. XXX XXX XXXX X z 22. februáru 2012 podľa § 70 ods. 1 a § 82 zákona číslo 461/2003 Z.z. o sociálnom poistení v znení neskorších predpisov navrhovateľovi priznala invalidný dôchodok od 8. novembra 2011 v sume 235,50 eur mesačne. Rozhodla tak s odôvodnením, že podľa posudku posudkového lekára sociálneho poistenia - ústredie Bratislava z 2. februára 2012 je invalidný, lebo pre dlhodobo nepriaznivý zdravotný stav má pokles schopnosti vykonávať zárobkovú činnosť o 45 % v porovnaní so zdravou fyzickou osobou. Ďalším rozhodnutím č. XXX XXX XXXX zo dňa 12. apríla 2012 odporkyňa podľa § 70 ods. 1, § 112 ods. 1 a § 82 zákona číslo 461/2003 Z.z. o sociálnom poistení v znení neskorších predpisov navrhovateľovi od 8.11.2011 zvýšila invalidný dôchodok na sumu 240,- eur mesačne a od 1. januára 2012 na sumu 248,- eur mesačne. Rozhodla tak s odôvodnením, že suma invalidného dôchodku sa zvýšila po započítaní obdobia dôchodkového poistenia od 10. januára 2011 do 7. novembra 2011, na základe doručeného evidenčného listu dôchodkového poistenia. Účastníci konania sa na pojednávaní dňa 16. novembra 2011 súhlasili, aby súd vec ďalej prejednal bez nariadenia pojednávania podľa § 250f ods. 2 O.s.p. Krajský súd preskúmal napadnuté rozhodnutie odporkyne i konanie, ktoré mu predchádzalo (§ 250l a nasl.O.s.p.) a dospel k záveru, že opravný prostriedok navrhovateľa nie je dôvodný. Podľa § 70 ods. 1 zákona č. 461/2003 Z.z. o sociálnom poistení v znení zákona. č. 439/2004 Z.z. poistenec má nárok na invalidný dôchodok, ak sa stal invalidným,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Vychádzajúc z predloženej písomnej dokumentácie odporkyne, po preskúmaní zákonnosti napadnutého rozhodnutia a rozhodnutí odporkyne číslo XXX XXX XXXX X zo dňa 24. februára 2012, ktorým zrušila napadnuté rozhodnutie z 15. marca 2011 o zamietnutí žiadosti o priznanie invalidného dôchodku a vyhovela opravnému prostriedku navrhovateľa a rozhodnutia č. XXX XXX XXXX X z 22. februára 2012, ktorým navrhovateľovi priznala invalidný dôchodok od 8. novembra 2011 v sume 235,50 eur mesačne, ako aj rozhodnutia č. XXX XXX XXXX zo dňa 12. apríla 2012 a postupu správneho orgánu súd dospel k záveru, že rozhodnutia vychádzajú zo správneho právneho posúdenia veci. Navrhovateľ v priebehu konania predložil súdu odborný lekársky nález, na základe ktorého bol posudkovým lekárom sociálneho poistenia, ústredie Bratislava dňa 2. februára 2012 uznaným invalidným od 8. novembra 2011, lebo pre dlhodobo nepriaznivý zdravotný stav má pokles schopnosti vykonávať zárobkovú činnosť o 45 % v porovnaní so zdravou fyzickou osobou a na základe tohto lekárskeho posudku odporkyňa zrušila napadnuté rozhodnutie a rozhodla o priznaní invalidného dôchodku navrhovateľovi, čím navrhovateľovi vyhovela. Posudkový lekár sociálneho poistenia Sociálnej poisťovne - ústredie Bratislava vo svojom posudku zo dňa 26. mája 2011, zo dňa 2. februára 2012 zohľadnil všetky navrhovateľom uvádzané ťažkosti, vysporiadal sa s lekárskymi nálezmi nachádzajúcimi sa v zdravotnej dokumentácii navrhovateľa a dospel k názoru, že zdravotný stav navrhovateľa spĺňa zdravotné podmienky na priznanie invalidity podľa § 71 ods. 1 zákona číslo 461/2003 Z.z. o sociálnom poistení, pretože navrhovateľ má pokles schopnosti vykonávať zárobkovú činnosť v porovnaní so zdravou fyzickou osobou o 45 %. Zistenie posudkového lekára neboli spochybnené ani v súdnom konaní. Závery posudku posudkového lekára sú odborné, presvedčivé, náležite zdôvodnené a súd nezistil rozpor medzi jeho záverom a zisteným skutočným stavom. Podľa § 250q ods. 2 O.s.p., o opravnom prostriedku rozhodne súd rozsudkom, ktorým preskúmané rozhodnutie buď potvrdí, alebo ho zruší a vráti na ďalšie konanie. Ustanovenie § 252j ods. 5 platí obdobne. Krajský súd po preskúmaní napadnutého rozhodnutia a ďalších rozhodnutí vydaných v počas súdneho konania, i konania, ktoré im predchádzalo dospel k záveru, že uznaná miera poklesu schopnosti navrhovateľa vykonávať zárobkovú činnosť je určená mierou zodpovedajúcou zákonu, preto z uvedených dôvodov rozhodnutia odporkyne číslo XXX XXX XXXX X zo dňa 24. februára 2012, rozhodnutie číslo XXX XXX XXXX X z 22. februára 2012 a rozhodnutie číslo XXX XXX XXXX zo dňa 12. apríla 2012 ako vecne správne podľa § 250q ods. 2 O.s.p. potvrdil. V prípade, že sa zdravotný stav navrhovateľa zmení, navrhovateľ môže novou žiadosťou požiadať o zvýšenie invalidné dôchodku. O trovách konania súd rozhodol podľa § 250k ods. 1 v spojení s § 250l ods. 2 O.s.p., navrhovateľka nebola v konaní úspešná a odporkyni trovy konania neprislúchajú. Poučenie: Proti tomuto rozsudku j e možné podať odvolanie do 15 dní odo dňa jeho doručenia na Najvyšší súd Slovenskej republiky cestou Krajského súdu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nevykonala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https://www.kauzis.sk/judikatura/r/ECLI:SK:KSBA:2012:1011200788.3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