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8Scud/27/2011 z 15. 10. 2012</w:t>
      </w:r>
    </w:p>
    <w:p>
      <w:r>
        <w:t>Uznesenie Krajského súdu Bratislava z 15. októbra 2012, sp. zn. 8Scud/27/2011, ECLI:SK:KSBA:2012:1011200795.1</w:t>
      </w:r>
    </w:p>
    <w:p>
      <w:r>
        <w:t>Súd: Krajský súd Bratislava</w:t>
      </w:r>
    </w:p>
    <w:p>
      <w:r>
        <w:t>Spisová značka: 8Scud/27/2011</w:t>
      </w:r>
    </w:p>
    <w:p>
      <w:r>
        <w:t>ECLI: ECLI:SK:KSBA:2012:1011200795.1</w:t>
      </w:r>
    </w:p>
    <w:p>
      <w:r>
        <w:t>Dátum vydania: 15. 10.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8Scud/27/2011 Identifikačné číslo súdneho spisu: 1011200795 Dátum vydania rozhodnutia: 16. 10. 2012 Meno a priezvisko sudcu, VSÚ: JUDr. Peter Pospech ECLI: ECLI:SK:KSBA:2012:1011200795.1 Uznesenie Krajský súd v Bratislave v právnej veci navrhovateľa: C. H., A. W. Z.. XX, XXXX D., G. A.,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dňa 17.04.2011, žiadal preskúmať rozhodnutie odporkyne číslo XXX XXX XXXX zo dňa 14.03.2011, ktorým odporkyňa zamietla žiadosť navrhovateľa o invalidný dôchodok. Písomným prehlásením došlým súdu dňa 03.09.2012 navrhovateľ vzal späť návrh v celom rozsahu a žiadal konanie zastaviť. Odporkyňa nemala námietky k zastaveniu konania. Súd podľa § 250d ods. 3 v spojení s § 250h ods. 2 a § 2501 ods. 2 O.s.p. konanie zastavil. O trovách konania súd rozhodol podľa § 246c a § 146 ods. 1 písm. c) O.s.p. Navrhovateľ svojím návrhom dňa 17.04.2011, žiadal preskúmať rozhodnutie odporkyne číslo XXX XXX XXXX zo dňa 14.03.2011, ktorým odporkyňa zamietla žiadosť navrhovateľa o invalidný dôchodok. Písomným prehlásením došlým súdu dňa 03.09.2012 navrhovateľ vzal späť návrh v celom rozsahu a žiadal konanie zastaviť. Odporkyňa nemala námietky k zastaveniu konania. Súd podľa § 250d ods. 3 v spojení s § 250h ods. 2 a § 2501 ods. 2 O.s.p. konanie zastavil. Poučenie: Proti tomuto uzneseniu je možné podať odvolanie do 15 dní odo dňa jeho doručenia na Krajskom súde v Bratislave. V Bratislave, dňa 16.10. 2012</w:t>
      </w:r>
    </w:p>
    <w:p/>
    <w:p>
      <w:r>
        <w:t>Zdroj: KAUZIS.SK – https://www.kauzis.sk/judikatura/r/ECLI:SK:KSBA:2012:1011200795.1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