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2S/69/2011 z 15. 1. 2012</w:t>
      </w:r>
    </w:p>
    <w:p>
      <w:r>
        <w:t>Uznesenie Krajského súdu Bratislava z 15. januára 2012, sp. zn. 2S/69/2011, ECLI:SK:KSBA:2012:1011200891.2</w:t>
      </w:r>
    </w:p>
    <w:p>
      <w:r>
        <w:t>Súd: Krajský súd Bratislava</w:t>
      </w:r>
    </w:p>
    <w:p>
      <w:r>
        <w:t>Spisová značka: 2S/69/2011</w:t>
      </w:r>
    </w:p>
    <w:p>
      <w:r>
        <w:t>ECLI: ECLI:SK:KSBA:2012:1011200891.2</w:t>
      </w:r>
    </w:p>
    <w:p>
      <w:r>
        <w:t>Dátum vydania: 15. 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2S/69/2011 Identifikačné číslo súdneho spisu: 1011200891 Dátum vydania rozhodnutia: 16. 01. 2012 Meno a priezvisko sudcu, VSÚ: JUDr. Ivana Nevíďanská ECLI: ECLI:SK:KSBA:2012:1011200891.2 Uznesenie Krajský súd v Bratislave v právnej veci žalobkyne: E. D., nar. XX.XX.XXXX, K. XXXX/XX, I., zastúpenej: JUDr. Namir Alyasry, PhD., advokát so sídlom Ul. 29. augusta 5, Bratislava, proti žalovanému: Mestská časť Bratislava - Staré Mesto, Vajanského nábrežie 3, Bratislava, o preskúmanie rozhodnutia žalovaného zo dňa 28.04.2011, takto r o z h o d o l : Súd označenie preskúmavaného rozhodnutia v záhlaví uznesenia Krajského súdu v Bratislave č.k. 2S 69/2011-44 zo dňa 09.11.2011 v znení: „ .. o preskúmanie rozhodnutia žalovaného zo dňa 12.01.2010 .. “ o p r a v u j e tak, že správne má znieť: „ .. o preskúmanie rozhodnutia žalovaného zo dňa 28.04.2011 .. “. Súd označenie preskúmavaného rozhodnutia v odôvodnení uznesenia Krajského súdu v Bratislave č.k. 2S 69/2011-44 zo dňa 09.11.2011 v znení: „ .. o odstránení vozidla e.č.: E.-XXX B. zo dňa XX.XX.XXXX (bez spisovej značky) .. “ o p r a v u j e tak, že správne má znieť: „ .. o odstránení vozidla C.: I. XXX Q. zo dňa XX.XX.XXXX (bez spisovej značky) .. “. o d ô v o d n e n i e : Žalobkyňa sa žalobou doručenou súdu dňa 17.05.2011 domáhala zrušenia napadnutého rozhodnutia žalovaného o odstránení vozidla C.: I. XXX Q. zo dňa V..V..V. (bez spisovej značky). Podaním doručeným súdu dňa 22.08.2011 zobrala žalobkyňa svoju žalobu v celom rozsahu späť. Krajský súd v Bratislave uznesením č.k. 2S 69/2011-44 zo dňa 09.11.2011 rozhodol tak, že konanie o preskúmanie zákonnosti napadnutého rozhodnutia žalovaného zastavil. O trovách konania rozhodol tak, že žiaden z účastníkov nemá právo na náhradu trov konania. Podľa § 164 Občianskeho súdneho poriadku (ďalej len ,, OSP“)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na skutočnosť, že pri písaní a opise predmetného uznesenia došlo k chybe a zrejmej nesprávnosti pri označení preskúmavaného rozhodnutia žalovaného v záhlaví a odôvodnení uznesenia, súd v zmysle citovaného zákonného ustanovenia chybu opravil. Poučenie: Proti tomuto uzneseniu je možné podať odvolanie v lehote 15 dní odo dňa jeho doručenia, a to písomne, v štyroch vyhotoveniach na Krajského súdu v Bratislave. V odvolaní sa má uviesť, ktorému súdu je určené, kto ho robí, ktorej veci sa týka, čo sleduje, proti ktorému rozhodnutiu smeruje, v akom rozsahu sa napáda, v čom sa toto rozhodnutie alebo postup súdu považuje za nesprávny a čoho sa odvolateľ domáha. Ak povinný dobrovoľne nesplní, čo mu ukladá vykonateľné rozhodnutie, oprávnený môže podať návrh na vykonanie exekúcie podľa osobitného zákona; ak ide o rozhodnutie o výchove maloletých detí, návrh na súdny výkon rozhodnutia.</w:t>
      </w:r>
    </w:p>
    <w:p/>
    <w:p>
      <w:r>
        <w:t>Zdroj: KAUZIS.SK – https://www.kauzis.sk/judikatura/r/ECLI:SK:KSBA:2012:1011200891.2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