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5Sd/109/2011 z 26. 4. 2012</w:t>
      </w:r>
    </w:p>
    <w:p>
      <w:r>
        <w:t>Uznesenie Krajského súdu Bratislava z 26. apríla 2012, sp. zn. 5Sd/109/2011, ECLI:SK:KSBA:2012:1011200902.1</w:t>
      </w:r>
    </w:p>
    <w:p>
      <w:r>
        <w:t>Súd: Krajský súd Bratislava</w:t>
      </w:r>
    </w:p>
    <w:p>
      <w:r>
        <w:t>Spisová značka: 5Sd/109/2011</w:t>
      </w:r>
    </w:p>
    <w:p>
      <w:r>
        <w:t>ECLI: ECLI:SK:KSBA:2012:1011200902.1</w:t>
      </w:r>
    </w:p>
    <w:p>
      <w:r>
        <w:t>Dátum vydania: 26. 4.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5Sd/109/2011 Identifikačné číslo súdneho spisu: 1011200902 Dátum vydania rozhodnutia: 27. 04. 2012 Meno a priezvisko sudcu, VSÚ: JUDr. Renáta Janáková ECLI: ECLI:SK:KSBA:2012:1011200902.1 Uznesenie Krajský súd v Bratislave v právnej veci navrhovateľky: Ľ.F. J., G.. XX. B. XXXX, bytom C. X, XXX XX K., proti odporkyni: Sociálna poisťovňa - ústredie, so sídlom Ul. 29. augusta 8, Bratislava, o zvýšenie starobného dôchodku, takto r o z h o d o l : Súd konanie z a s t a v u j e. Žiaden z účastníkov n e m á právo na náhradu trov konania. o d ô v o d n e n i e : Navrhovateľka svojim návrhom zo dňa 28. februára 2011 žiadala preskúmať rozhodnutie odporkyne č. XXX XXX XXXX X zo dňa 10. februára 2011, ktorým odporkyňa zamietla navrhovateľkinu žiadosť o zvýšenie starobného dôchodku za obdobie dôchodkového poistenia od 01. januára 2010 do 31. decembra 2010. Rozhodnutím č. XXX XXX XXXX X zo dňa 13. apríla 2011 odporkyňa podľa § 112 ods. 1 zákona č. 461/2003 Z.z. o sociálnom poistení v znení neskorších predpisov (ďalej len „zákon o sociálnom poistení“) zrušila svoje rozhodnutie č. XXX XXX XXXX zo dňa 10. februára 2011. Rozhodnutím č. XXX XXX XXXX zo dňa 12. apríla 2011 odporkyňa podľa ust. § 66 ods. 3 a § 82 zákona o sociálnom poistení zvýšila navrhovateľke starobný dôchodok od 01. januára 2011 na sumu XXX,XX Eur. Vydaním predmetného zmenového rozhodnutia odporkyňa celkom vyhovela navrhovateľkinmu opravnému prostriedku zo dňa 28. februára 2011.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https://www.kauzis.sk/judikatura/r/ECLI:SK:KSBA:2012:1011200902.1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