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4S/92/2011 z 13. 2. 2012</w:t>
      </w:r>
    </w:p>
    <w:p>
      <w:r>
        <w:t>Uznesenie Krajského súdu Bratislava z 13. februára 2012, sp. zn. 4S/92/2011, ECLI:SK:KSBA:2012:1011200967.1</w:t>
      </w:r>
    </w:p>
    <w:p>
      <w:r>
        <w:t>Súd: Krajský súd Bratislava</w:t>
      </w:r>
    </w:p>
    <w:p>
      <w:r>
        <w:t>Spisová značka: 4S/92/2011</w:t>
      </w:r>
    </w:p>
    <w:p>
      <w:r>
        <w:t>ECLI: ECLI:SK:KSBA:2012:1011200967.1</w:t>
      </w:r>
    </w:p>
    <w:p>
      <w:r>
        <w:t>Dátum vydania: 13.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4S/92/2011 Identifikačné číslo súdneho spisu: 1011200967 Dátum vydania rozhodnutia: 14. 02. 2012 Meno a priezvisko sudcu, VSÚ: JUDr. Judita Kokolevská ECLI: ECLI:SK:KSBA:2012:1011200967.1 Uznesenie Krajský súd v Bratislave v právnej veci žalobkyne: Ing. arch. F. O., F. XX, XXX XX Q. K., právne zastúpená: Advokátska kancelária MUNDIEROVÁ &amp; PARTNERS, s.r.o., Búdková 26, 811 04 Bratislava, IČO: 36 861 545, proti žalovanému: Krajský stavebný úrad v Bratislave, Lamačská cesta 8, 845 14 Bratislava, o preskúmanie zákonnosti rozhodnutia žalovaného č. A-2011/1378-DLD zo dňa 27.04.2011, takto r o z h o d o l : Krajský súd v Bratislave p r i b e r á do konania účastníka správneho konania : 1. Citigain Enterprises Slovakia s.r.o., Zochova 5, 811 03 Bratislava, IČO: 35 963 395. o d ô v o d n e n i e : Žalobou podanou Krajskému súdu v Bratislave dňa 25.05.2011 sa žalobkyňa domáha preskúmania zákonnosti rozhodnutia žalovaného A-2011/1378-DLD zo dňa 27.04.2011, ktorým bolo na základe odvolania žalobkyne zmenené prvostupňové rozhodnutie stavebného úradu Mestská časť Bratislava- Dúbravka č. SU-2010/859-2089/U-24/Vi zo dňa 29.11.2010, ktorým sa rozhodlo o umiestnení stavby ,,Nadstavba bytového domu na E. X a X a zmena nebytových priestorov na prvom nadzemnom podlaží na bytové priestory“, na pozemkoch parc. č. 2715, 2716, kat. územie L., spevnené plochy a parkovacie miesta na pozemkoch parc. č. 2713, 2712/1, kat. územie L. pre navrhovateľa spoločnosť Citigain Enterprises Slovakia s.r.o.. Podľa § 250 ods. 1 O.s.p. účastníkmi konania sú žalobca a žalovaný. Súd aj bez návrhu uznesením priberie do konania účastníka správneho konania, ktorého práva a povinnosti by mohli byť zrušením správneho konania dotknuté. Nakoľko spoločnosť Citigain Enterprises Slovakia s.r.o., Zochova 5, 811 03 Bratislava, IČO: 35 963 395 je účastníkom správneho konania a výsledkom tohto sporu môžu byť dotknuté jej práva a povinnosti, súd rozhodol tak ako je uvedené vo výroku tohto uznesenia. Poučenie: Proti tomuto uzneseniu nie je možné podať odvolanie.</w:t>
      </w:r>
    </w:p>
    <w:p/>
    <w:p>
      <w:r>
        <w:t>Zdroj: KAUZIS.SK – https://www.kauzis.sk/judikatura/r/ECLI:SK:KSBA:2012:1011200967.1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