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9Sd/1/2011 z 26. 4. 2012</w:t>
      </w:r>
    </w:p>
    <w:p>
      <w:r>
        <w:t>Uznesenie Krajského súdu Bratislava z 26. apríla 2012, sp. zn. 9Sd/1/2011, ECLI:SK:KSBA:2012:1011201040.1</w:t>
      </w:r>
    </w:p>
    <w:p>
      <w:r>
        <w:t>Súd: Krajský súd Bratislava</w:t>
      </w:r>
    </w:p>
    <w:p>
      <w:r>
        <w:t>Spisová značka: 9Sd/1/2011</w:t>
      </w:r>
    </w:p>
    <w:p>
      <w:r>
        <w:t>ECLI: ECLI:SK:KSBA:2012:1011201040.1</w:t>
      </w:r>
    </w:p>
    <w:p>
      <w:r>
        <w:t>Dátum vydania: 26. 4.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9Sd/1/2011 Identifikačné číslo súdneho spisu: 1011201040 Dátum vydania rozhodnutia: 27. 04. 2012 Meno a priezvisko sudcu, VSÚ: JUDr. Renáta Janáková ECLI: ECLI:SK:KSBA:2012:1011201040.1 Uznesenie Krajský súd v Bratislave v právnej veci navrhovateľa: S. E.X., X.. XX. R. XXXX, bytom XXX XX P. XXX, proti odporkyni: Sociálna poisťovňa - ústredie, so sídlom Ul. 29. augusta 8, Bratislava, o invalidný dôchodok, takto r o z h o d o l : Súd konanie z a s t a v u j e. Žiaden z účastníkov n e m á právo na náhradu trov konania. o d ô v o d n e n i e : Navrhovateľ svojim návrhom zo dňa 14. apríla 2011 žiadal preskúmať rozhodnutie odporkyne č. XXX XXX XXXX X zo dňa 21. marca 2011, ktorým odporkyňa podľa ust. § 73, § 112 ods. 4 a 6 a § 82 zákona č. 461/2003 Z. z. o sociálnom poistení v znení neskorších predpisov (ďalej len „zákon o sociálnom poistení“) navrhovateľovi znížila sumu invalidného dôchodku od 04. mája 2011 na sumu XXX,XX Eur mesačne. Navrhovateľ vo svojom opravnom prostriedku poukázal na svoj nezmenený zdravotný stav a žiadal, aby bol jeho zdravotný stav opätovne posúdený. Rozhodnutím č. XXX XXX XXXX X zo dňa 26. júla 2011 odporkyňa podľa ust. § 73, § 112 ods. 4 a § 82 zákona o sociálnom poistení zvýšila navrhovateľovi od 04. mája 2011 invalidný dôchodok na sumu XXX,XX Eur mesačne, čím celkom vyhovela navrhovateľovmu opravnému prostriedku zo dňa 14. apríla 2011.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https://www.kauzis.sk/judikatura/r/ECLI:SK:KSBA:2012:1011201040.1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