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9Sd/16/2011 z 13. 3. 2012</w:t>
      </w:r>
    </w:p>
    <w:p>
      <w:r>
        <w:t>Uznesenie Krajského súdu Bratislava z 13. marca 2012, sp. zn. 9Sd/16/2011, ECLI:SK:KSBA:2012:1011201163.1</w:t>
      </w:r>
    </w:p>
    <w:p>
      <w:r>
        <w:t>Súd: Krajský súd Bratislava</w:t>
      </w:r>
    </w:p>
    <w:p>
      <w:r>
        <w:t>Spisová značka: 9Sd/16/2011</w:t>
      </w:r>
    </w:p>
    <w:p>
      <w:r>
        <w:t>ECLI: ECLI:SK:KSBA:2012:1011201163.1</w:t>
      </w:r>
    </w:p>
    <w:p>
      <w:r>
        <w:t>Dátum vydania: 13.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9Sd/16/2011 Identifikačné číslo súdneho spisu: 1011201163 Dátum vydania rozhodnutia: 14. 03. 2012 Meno a priezvisko sudcu, VSÚ: JUDr. Renáta Janáková ECLI: ECLI:SK:KSBA:2012:1011201163.1 Uznesenie Krajský súd v Bratislave v právnej veci navrhovateľa: O. M., K. XXX XX K., R.U. Č.. X/A proti odporkyni: A. O. - Ú. Z. K., Ul. 29. augusta č. 8, U. T. V., takto r o z h o d o l : Súd konanie z a s t a v u j e. Žiaden z účastníkov n e m á právo na náhradu trov konania. o d ô v o d n e n i e : Navrhovateľ svojím návrhom zo dňa X. B. XXXX, doplneným podaním zo dňa XX. Q. XXXX žiadal preskúmať rozhodnutie odporkyne č. XXX XXX XXXX zo dňa XX. Q. XXXX o ktorom rozhodol tunajší súd rozsudkom sp. zn. XSd XXX/XXXX zo dňa XX. A. XXXX a Najvyšší súd Slovenskej republiky rozsudkom sp. zn. XSo XXX/XXXX zo dňa XX. M. XXXX z dôvodu, že toto rozhodnutie považuje za nespravodlivé. Na pojednávaní konanom dňa XX. M. XXXX navrhovateľ uviedol, že svoj návrh berie späť a konanie žiada zastaviť. Zástupkyňa odporkyne nemala námietky proti späťvzatiu návrhu a zastaveniu konania. Súd podľa § 250d ods. 3 v spojení s § 250h ods. 2 a § 250l ods. 2 O.s.p. konanie zastavil. O trovách konania súd rozhodol podľa § 246c a § 146 ods. 1 písm. c/ O.s.p. Poučenie: Proti tomuto uzneseniu j e možné podať odvolanie do 15 dní odo dňa jeho doručenia cestou Krajského súdu v Bratislave na Najvyšší súd Slovenskej republiky, písomne, dvojmo.</w:t>
      </w:r>
    </w:p>
    <w:p/>
    <w:p>
      <w:r>
        <w:t>Zdroj: KAUZIS.SK – https://www.kauzis.sk/judikatura/r/ECLI:SK:KSBA:2012:1011201163.1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