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9Scud/4/2011 z 11. 7. 2012</w:t>
      </w:r>
    </w:p>
    <w:p>
      <w:r>
        <w:t>Uznesenie Krajského súdu Bratislava z 11. júla 2012, sp. zn. 9Scud/4/2011, ECLI:SK:KSBA:2012:1011201176.1</w:t>
      </w:r>
    </w:p>
    <w:p>
      <w:r>
        <w:t>Súd: Krajský súd Bratislava</w:t>
      </w:r>
    </w:p>
    <w:p>
      <w:r>
        <w:t>Spisová značka: 9Scud/4/2011</w:t>
      </w:r>
    </w:p>
    <w:p>
      <w:r>
        <w:t>ECLI: ECLI:SK:KSBA:2012:1011201176.1</w:t>
      </w:r>
    </w:p>
    <w:p>
      <w:r>
        <w:t>Dátum vydania: 11.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9Scud/4/2011 Identifikačné číslo súdneho spisu: 1011201176 Dátum vydania rozhodnutia: 12. 07. 2012 Meno a priezvisko sudcu, VSÚ: JUDr. Renáta Janáková ECLI: ECLI:SK:KSBA:2012:1011201176.1 Uznesenie Krajský súd v Bratislave v právnej veci navrhovateľa: U. E., O.. XX.XX.XXXX, V. D. XXX/X, XXX XX P. X, Č. E. proti odporkyni: Sociálna poisťovňa - ústredie, so sídlom Ul. 29. augusta 8, Bratislava, o invalidný dôchodok, takto r o z h o d o l : Súd konanie z a s t a v u j e . Žiaden z účastníkov n e m á právo na náhradu trov konania. o d ô v o d n e n i e : Navrhovateľ svojim návrhom zo dňa 6. apríla 2011 žiadal preskúmať rozhodnutie odporkyne č. XXX XXX XXXX zo dňa 21. marca 2011, ktorým odporkyňa zamietla navrhovateľovi žiadosť o invalidný dôchodok. Navrhovateľ v opravnom prostriedku vyjadril svoj nesúhlas s posúdením jeho zdravotného stavu posudkovým lekárom sociálneho poistenia a žiadal, aby bol jeho zdravotný stav opätovne preskúmaný. Rozhodnutím číslo XXX XXX XXXX X zo dňa 15. augusta 2011 zrušila odporkyňa podľa ust. § 112 ods. 1 zákona o sociálnom poistení napadnuté rozhodnutie č. XXX XXX XXXX zo dňa 21. marca 2011. Rozhodnutím č. XXX XXX XXXX X zo dňa 15. augusta 2011 odporkyňa podľa ust. § 70 ods. 1, § 274 a § 82 zákona č. 461/2003 Z.z. o sociálnom poistení v znení neskorších predpisov a čl. 52 ods. 1 písm. b) a ods. 4 nariadenia (ES) Európskeho parlamentu a Rady č. 883/2004 o koordinácii systémov sociálneho zabezpečenia v znení nariadenia Európskeho parlamentu a Rady (ES) č. 988/2009, priznala navrhovateľovi od 28. februára 2011 invalidný dôchodok v sume 76,30 Eur mesačne. Odporkyňa týmto vyhovela navrhovateľovmu opravnému prostriedku v celom rozsahu. Podľa § 250o O.s.p., ak správny orgán, ktorého rozhodnutie súd preskúma vydá nové rozhodnutie, ktorým návrhu celkom vyhovie, súd uznesením konanie zastaví. S poukazom na vyššie uvedené súd podľa § 250o O.s.p. konanie zastavil. O trovách konania súd rozhodol podľa § 250l ods. 2, § 246c a § 146 ods. 1 písm. c) O.s.p. Poučenie: Proti tomuto uzneseniu j e možné podať odvolanie v lehote 15 dní od jeho doručenia na Krajský súd v Bratislave, písomne, dvojmo.</w:t>
      </w:r>
    </w:p>
    <w:p/>
    <w:p>
      <w:r>
        <w:t>Zdroj: KAUZIS.SK – https://www.kauzis.sk/judikatura/r/ECLI:SK:KSBA:2012:1011201176.1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