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4S/134/2011 z 20. 9. 2012</w:t>
      </w:r>
    </w:p>
    <w:p>
      <w:r>
        <w:t>Uznesenie Krajského súdu Bratislava z 20. septembra 2012, sp. zn. 4S/134/2011, ECLI:SK:KSBA:2012:1011201195.1</w:t>
      </w:r>
    </w:p>
    <w:p>
      <w:r>
        <w:t>Súd: Krajský súd Bratislava</w:t>
      </w:r>
    </w:p>
    <w:p>
      <w:r>
        <w:t>Spisová značka: 4S/134/2011</w:t>
      </w:r>
    </w:p>
    <w:p>
      <w:r>
        <w:t>ECLI: ECLI:SK:KSBA:2012:1011201195.1</w:t>
      </w:r>
    </w:p>
    <w:p>
      <w:r>
        <w:t>Dátum vydania: 20. 9.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4S/134/2011 Identifikačné číslo súdneho spisu: 1011201195 Dátum vydania rozhodnutia: 21. 09. 2012 Meno a priezvisko sudcu, VSÚ: JUDr. Soňa Langová ECLI: ECLI:SK:KSBA:2012:1011201195.1 Uznesenie Krajský súd v Bratislave v právnej veci žalobkyne: S.. X. R., D. XX, XXX XX C., proti žalovanému: Správa katastra pre hlavné mesto SR Bratislavu, Ružová dolina 27, 821 09 Bratislava, o preskúmanie zákonnosti rozhodnutí vo veci vkladu do katastra nehnuteľností, takto r o z h o d o l : Krajský súd v Bratislave konanie z a s t a v u j e . Žiaden z účastníkov n e m á právo na náhradu trov konania. o d ô v o d n e n i e : Žalobou podanou Krajskému súdu v Bratislave dňa 12.07.2011 sa žalobkyňa domáhala preskúmania rozhodnutí vo veci vkladu do katastra nehnuteľností. Z písomného vyjadrenia žalovaného zo dňa 17.08.2011 vyplýva, že sa jedná o rozhodnutie žalovaného o nevyhovení návrhu na opravu chyby v katastrálnom operáte, vedené pod spisovou značkou W.-XXXX/XX, ktoré bolo potvrdené v odvolacom konaní nadriadeným správnym orgánom t.j. Katastrálnym úradom v Bratislave rozhodnutím vedenom pod spisovou značkou W.X XX/XXXX D.. Súd skúmal, či sú dané podmienky, za ktorých vo veci môže konať podľa § 103 zákona č. 99/1963 Zb. Občianskeho súdneho poriadku v znení neskorších právnych predpisov (ďalej len O.s.p.) v spojení s ustanovením § 246c O.s.p. Podľa ust. § 103 a § 104 ods. 1, veta prvá, O.s.p., kedykoľvek za konania prihliada súd na to, či sú splnené podmienky, za ktorých môže konať vo veci (podmienky konania). Ak ide o taký nedostatok podmienky konania, ktorý nemožno odstrániť, súd konanie zastaví. Podľa ust. § 82 ods. 1 O.s.p., konanie je začaté dňom, keď došiel súdu návrh na jeho začatie alebo keď bolo vydané uznesenie, podľa ktorého sa konanie začína bez návrhu. Podľa ust. § 83 O.s.p., začatie konania bráni tomu, aby o tej istej veci prebiehalo na súde iné konanie. Z citovaného ustanovenia vyplýva prekážka konania brániaca tomu, aby na súde prebiehalo iné súdne konanie v tej istej veci. Ide o neodstrániteľnú prekážku konania majúcu za následok zastavenie spravidla toho konania, ktoré bolo neskôr začaté. O tú istú vec ide v prípade, ak sa týka tých istých účastníkov, má rovnaký predmet a rovnaké skutkové okolnosti, z ktorých navrhovateľ odvodzuje právo, ktorého ochrany sa domáha. Súd zistil, že žalobou doručenou Okresnému súdu Bratislava III dňa 10.06.2011, uznesením č.k. 32S 2/2011-16 zo dňa 15.06.2011 postúpenou Krajskému súdu v Bratislave, vedenou pod sp.zn 3S/175/2011 sa žalobkyňa domáhala preskúmania zákonnosti preskúmania rozhodnutí vo veci vkladu do katastra nehnuteľností - totožného predmetu konania. Súd dospel k záveru, že konanie sp.zn. 3S/175/2011 vedené na Krajskom súde v Bratislave je konanie s rovnakými účastníkmi, s totožným predmetom konania a sú tu rovnaké skutkové okolnosti. Konanie sp.zn. 3S/175/2011 doposiaľ nie je právoplatne skončené. Konaniu vedenému pod spisovou značkou 4S 134/2011 bráni procesná prekážka konania - litispendencia, preto musí súd z úradnej povinnosti túto prekážku odstrániť a to bez zreteľa na to, kedy túto prekážku zistí, alebo kedy táto prekážka vznikla. Na základe vyššie uvedených skutočností krajský súd konanie zastavil podľa § 104 ods. 1 v spojení s ustanovením § 246c O.s.p., pretože ide o taký nedostatok podmienky konania, ktorý nemožno odstrániť. O náhrade trov konania súd rozhodol podľa § 146 ods. 1 písm. c/ O.s.p. v spojení s ustanovením § 246c O.s.p., lebo žiaden z účastníkov nemá právo na náhradu trov konania podľa jeho výsledku, ak konanie bolo zastavené. Senát krajského súdu prijal predmetné rozhodnutie pomerom hlasov 3:0 (§ 3 ods. 9 zákona č. 757/2004 Z.z. v znení zákona č. 33/2011). Poučenie: Proti tomuto uzneseniu možno podať odvolanie do 15 dní odo dňa jeho doručenia,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https://www.kauzis.sk/judikatura/r/ECLI:SK:KSBA:2012:1011201195.1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