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8Scud/51/2011 z 18. 1. 2012</w:t>
      </w:r>
    </w:p>
    <w:p>
      <w:r>
        <w:t>Uznesenie Krajského súdu Bratislava z 18. januára 2012, sp. zn. 8Scud/51/2011, ECLI:SK:KSBA:2012:1011201257.1</w:t>
      </w:r>
    </w:p>
    <w:p>
      <w:r>
        <w:t>Súd: Krajský súd Bratislava</w:t>
      </w:r>
    </w:p>
    <w:p>
      <w:r>
        <w:t>Spisová značka: 8Scud/51/2011</w:t>
      </w:r>
    </w:p>
    <w:p>
      <w:r>
        <w:t>ECLI: ECLI:SK:KSBA:2012:1011201257.1</w:t>
      </w:r>
    </w:p>
    <w:p>
      <w:r>
        <w:t>Dátum vydania: 18. 1.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8Scud/51/2011 Identifikačné číslo súdneho spisu: 1011201257 Dátum vydania rozhodnutia: 19. 01. 2012 Meno a priezvisko sudcu, VSÚ: JUDr. Peter Pospech ECLI: ECLI:SK:KSBA:2012:1011201257.1 Uznesenie Krajský súd v Bratislave v právnej veci navrhovateľky: Y. F., nar. XX.XX.XXXX, bytom XXXX S., E. F.. XC/XX/X, E. E., proti odporkyni: Sociálna poisťovňa - ústredie, so sídlom: Ul. 29. augusta 8, Bratislava, o starobný dôchodok, takto r o z h o d o l : Súd konanie z a s t a v u j e . Žiaden z účastníkov n e m á právo na náhradu trov konania. o d ô v o d n e n i e : Navrhovateľka svojim návrhom zo dňa 20.06.2011 žiadala preskúmať rozhodnutie odporkyne číslo XXXXXXX 126 X zo dňa 23.05.2011, ktorým odporkyňa zamietla žiadosť navrhovateľky o starobný dôchodok. Písomným prehlásením došlým odporkyni dňa 09.12.2011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rozsudku je možné podať odvolanie v lehote 15 dní od jeho doručenia na Krajský súd v Bratislave, písomne, dvojmo.</w:t>
      </w:r>
    </w:p>
    <w:p/>
    <w:p>
      <w:r>
        <w:t>Zdroj: KAUZIS.SK – https://www.kauzis.sk/judikatura/r/ECLI:SK:KSBA:2012:1011201257.1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