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10Saz/4/2011 z 11. 1. 2012</w:t>
      </w:r>
    </w:p>
    <w:p>
      <w:r>
        <w:t>Opravné uznesenie Krajského súdu Bratislava z 11. januára 2012, sp. zn. 10Saz/4/2011, ECLI:SK:KSBA:2012:1011201258.2</w:t>
      </w:r>
    </w:p>
    <w:p>
      <w:r>
        <w:t>Súd: Krajský súd Bratislava</w:t>
      </w:r>
    </w:p>
    <w:p>
      <w:r>
        <w:t>Spisová značka: 10Saz/4/2011</w:t>
      </w:r>
    </w:p>
    <w:p>
      <w:r>
        <w:t>ECLI: ECLI:SK:KSBA:2012:1011201258.2</w:t>
      </w:r>
    </w:p>
    <w:p>
      <w:r>
        <w:t>Dátum vydania: 11. 1.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10Saz/4/2011 Identifikačné číslo súdneho spisu: 1011201258 Dátum vydania rozhodnutia: 12. 01. 2012 Meno a priezvisko sudcu, VSÚ: JUDr. Peter Pospech ECLI: ECLI:SK:KSBA:2012:1011201258.2 Opravné uznesenie Krajský súd v Bratislave v právnej veci navrhovateľa: A. I., nar. X.X.XXXX, t.č. s miestom pobytu Ú.R. S. T. pre L. Z., Slovenská Q., doručovacia adresa: A.. A. S., X. XX, XXX XX C., proti odporcovi: Ministerstvo vnútra SR, Migračný úrad so sídlom Pivoňková 6, Bratislava, o opravnom prostriedku proti rozhodnutiu odporcu ČAS:MU-196-26/PO-Ž-2011 zo dňa 10.06.2011, o oprave chyby, takto r o z h o d o l : Súd opravuje vo výrokovej časti dátum rozhodnutia odporcu tak, že výroková časť rozhodnutia Krajského súdu v Bratislave č.k. 10Saz 4/2011 zo dňa 16.11.2011 má znieť takto: "Krajský súd v Bratislave napadnuté rozhodnutie odporcu ČAS:MU-196-26/PO-Ž-2011 zo dňa 10.06.2011 p o t v r d z u j e." o d ô v o d n e n i e : Vo výrokovej časti rozhodnutia Krajského súdu v Bratislave č.k. 10Saz 4/2011 zo dňa 16.11.2011 došlo k zrejmej nesprávnosti v uvedení nesprávneho dátumu napadnutého rozhodnutia odporcu zo dňa 20.06.2011. Podľa § 164 O.s.p. súd kedykoľvek aj bez návrhu opraví v rozsudku chyby v písaní a počítaní, ako aj iné zrejmé nesprávnosti. O oprave vydá opravné uznesenie, ktoré doručí účastníkom konania. Pritom môže odložiť vykonateľnosť rozsudku na čas, kým opravné uznesenie nenadobudne právoplatnosť. Vzhľadom k zrejmej nesprávnosti dátumu napadnutého rozhodnutia odporcu, súd opravil výrokovú časť rozhodnutia Krajského súdu v Bratislave tak ako je uvedené vo výrokovej časti tohto opravného uznesenia, postupom podľa § 164 O.s.p. Poučenie: Proti tomuto uzneseniu je možno podať odvolanie do 15 dní od jeho doručenia na Krajskom súde v Bratislave, písomne, dvojmo.</w:t>
      </w:r>
    </w:p>
    <w:p/>
    <w:p>
      <w:r>
        <w:t>Zdroj: KAUZIS.SK – https://www.kauzis.sk/judikatura/r/ECLI:SK:KSBA:2012:1011201258.2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