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2S/112/2011 z 10. 6. 2012</w:t>
      </w:r>
    </w:p>
    <w:p>
      <w:r>
        <w:t>Uznesenie Krajského súdu Bratislava z 10. júna 2012, sp. zn. 2S/112/2011, ECLI:SK:KSBA:2012:1011201328.4</w:t>
      </w:r>
    </w:p>
    <w:p>
      <w:r>
        <w:t>Súd: Krajský súd Bratislava</w:t>
      </w:r>
    </w:p>
    <w:p>
      <w:r>
        <w:t>Spisová značka: 2S/112/2011</w:t>
      </w:r>
    </w:p>
    <w:p>
      <w:r>
        <w:t>ECLI: ECLI:SK:KSBA:2012:1011201328.4</w:t>
      </w:r>
    </w:p>
    <w:p>
      <w:r>
        <w:t>Dátum vydania: 10.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2S/112/2011 Identifikačné číslo súdneho spisu: 1011201328 Dátum vydania rozhodnutia: 11. 06. 2012 Meno a priezvisko sudcu, VSÚ: JUDr. Ivana Nevíďanská ECLI: ECLI:SK:KSBA:2012:1011201328.4 Uznesenie Krajský súd v Bratislave v právnej veci žalobcov: 1. D. R., Q. XX, XXX XX H., 2. I. G., U. XX, XXX XX H., 3. I. G., U. XX, XXX XX H., všetci zastúpení: JUDr. Helena Čerešňová, advokátka so sídlom Horné predmestie 216/16, 900 21 Svätý Jur, proti žalovanému: Krajský stavebný úrad v Bratislave, Lamačská cesta 8, 845 14 Bratislava 45, o preskúmanie zákonnosti rozhodnutia žalovaného č. A-2011/1669-DLD zo dňa 06.06.2011, takto r o z h o d o l : Krajský súd v Bratislave p r i b e r á do konania účastníčku správneho konania G. S. o d ô v o d n e n i e : Žalobou doručenou Krajskému súdu v Bratislave dňa 08.08.2011 sa žalobcovia domáhali preskúmania zákonnosti rozhodnutia žalovaného č. A-2011/1669-DLD zo dňa 06.06.2011, ktorým žalovaný zamietol odvolanie žalobcov a potvrdil prvostupňové rozhodnutie správneho orgánu Mestskej časti Bratislava - Ružinov č. SÚ/CS 5563/2010/18/Pix-25 zo dňa 14.01.2011 o povolení stavby ,,M. dom, U. ul., H.“, na pozemku parc.č. XXXX, kat. územie M., NN prípojka aj na pozemku parc.č. XXXX/X, kat. územie M. v H., stavebníčke G. S., bytom Y. 6, XXX XX H. a zároveň jej povolil odstránenie stavby rodinného domu parc.č. XXXX, súp.č. XXXX a garáže na pozemku parc.č. XXXX, kat. územie M.. Podľa § 250 ods. 1 Občianskeho súdneho poriadku (ďalej len ,,OSP“) účastníkmi konania sú žalobca a žalovaný. Súd aj bez návrhu uznesením priberie do konania účastníka správneho konania, ktorého práva a povinnosti by mohli byť zrušením správneho rozhodnutia dotknuté. Nakoľko z napadnutého rozhodnutia žalovaného vyplýva, že jeho zrušením by mohli byť dotknuté práva a povinnosti vyššie uvedenej účastníčky správneho konania, súd rozhodol tak, ako je uvedené vo výroku tohto uznesenia. Poučenie: Proti tomuto uzneseniu možno podať odvolanie v lehote 15 dní odo dňa jeho doručenia na Krajský súd v Bratislave, písomne v dvoch vyhotoveniach. Podaním odvolania oprávnenou osobou v odvolacej lehote sa uznesenie zrušuje a vo veci opätovne rozhodne sudca (§ 374 ods. 4 OSP). V odvolaní sa má popri všeobecných náležitostiach (§ 42 ods. 3 OSP) uviesť, proti ktorému rozhodnutiu smeruje, v akom rozsahu sa napáda, v čom sa toto rozhodnutie alebo postup súdu považuje za nesprávny a čoho sa odvolateľ domáha (§ 205 ods. 1 OSP).</w:t>
      </w:r>
    </w:p>
    <w:p/>
    <w:p>
      <w:r>
        <w:t>Zdroj: KAUZIS.SK – https://www.kauzis.sk/judikatura/r/ECLI:SK:KSBA:2012:1011201328.4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