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9Sd/38/2011 z 20. 11. 2012</w:t>
      </w:r>
    </w:p>
    <w:p>
      <w:r>
        <w:t>Uznesenie Krajského súdu Bratislava z 20. novembra 2012, sp. zn. 9Sd/38/2011, ECLI:SK:KSBA:2012:1011201340.3</w:t>
      </w:r>
    </w:p>
    <w:p>
      <w:r>
        <w:t>Súd: Krajský súd Bratislava</w:t>
      </w:r>
    </w:p>
    <w:p>
      <w:r>
        <w:t>Spisová značka: 9Sd/38/2011</w:t>
      </w:r>
    </w:p>
    <w:p>
      <w:r>
        <w:t>ECLI: ECLI:SK:KSBA:2012:1011201340.3</w:t>
      </w:r>
    </w:p>
    <w:p>
      <w:r>
        <w:t>Dátum vydania: 20.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9Sd/38/2011 Identifikačné číslo súdneho spisu: 1011201340 Dátum vydania rozhodnutia: 21. 11. 2012 Meno a priezvisko sudcu, VSÚ: JUDr. Renáta Janáková ECLI: ECLI:SK:KSBA:2012:1011201340.3 Uznesenie Krajský súd v Bratislave v právnej veci navrhovateľa: U. T., H. Č. XXXXXX/XXX, W. H. XX/XX, XX- XXX S., F. H., proti odporkyni: Sociálnej poisťovni - ústredie, Ul. 29. augusta č. 8, 813 63 Bratislava, o invalidný dôchodok takto, r o z h o d o l : Súd konanie z a s t a v u j e . Žiaden z účastníkov nemá právo na náhradu trov konania. o d ô v o d n e n i e : Navrhovateľ svojim návrhom zo dňa 17. novembra 2009 žiadal preskúmať rozhodnutie odporkyne č. XXX XXX XXXX X zo dňa 13. októbra 2009, pretože nesúhlasil so záverečným posudkom posudkovej lekárky, ktorá mu priznala mieru poklesu schopnosti vykonávať zárobkovú činnosť XX %. Odporkyňa zmenovým rozhodnutím č. XXX XXX XXXX X zo dňa 13. októbra 2009 zmenila napadnuté rozhodnutie a podľa § 73 a § 112 ods. 4 zákona č. 461/2003 Z.z. o sociálnom poistení v znení neskorších predpisov zamietla navrhovateľovu žiadosť o zvýšenie invalidného dôchodku z 25. februára 2009. Rozhodla tak s odôvodnením, že podľa posudku posudkového lekára sociálneho poistenia, pobočky Sociálnej poisťovne Bratislava je navrhovateľ naďalej invalidný podľa § 71 ods. 1 zákona č. 461/2003 Z.z., lebo pre dlhodobo nepriaznivý zdravotný stav má pokles schopnosti vykonávať zárobkovú činnosť o XX % v porovnaní so zdravou fyzickou osobou. Invalidný dôchodok mu preto patrí v nezmenenej sume, ktorý mu bol priznaný z dôvodu poklesu vykonávať zárobkovú činnosť o viac ako XX %, pretože sa nezmenili skutočnosti rozhodujúce na nárok na výplatu invalidného dôchodku a jeho sumu podľa § 73 ods. 1 zákona č. 461/2003 Z.z. o sociálnom poistení v znení zákona č. 600/2003 Z.z., čím navrhovateľovi celkom vyhovela. Podľa § 250o Občianskeho súdneho poriadku (ďalej len O.s.p.), ak správny orgán, ktorého rozhodnutie súd preskúmava, vydá nové rozhodnutie, ktorým návrhu celkom vyhovie, súd uznesením konanie zastaví. Súd podľa § 250o O.s.p. konanie zastavil. O trovách konania súd rozhodol podľa § 246c a § 146 ods. 1 písm. c) O.s.p. Poučenie: Proti tomuto uzneseniu je možné podať odvolanie do 15 dní odo dňa jeho doručenia prostredníctvom tunajšieho súdu na Najvyšší súd Slovenskej republiky písomne, dvojmo.</w:t>
      </w:r>
    </w:p>
    <w:p/>
    <w:p>
      <w:r>
        <w:t>Zdroj: KAUZIS.SK – https://www.kauzis.sk/judikatura/r/ECLI:SK:KSBA:2012:1011201340.3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