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9Sd/39/2011 z 26. 4. 2012</w:t>
      </w:r>
    </w:p>
    <w:p>
      <w:r>
        <w:t>Uznesenie Krajského súdu Bratislava z 26. apríla 2012, sp. zn. 9Sd/39/2011, ECLI:SK:KSBA:2012:1011201341.1</w:t>
      </w:r>
    </w:p>
    <w:p>
      <w:r>
        <w:t>Súd: Krajský súd Bratislava</w:t>
      </w:r>
    </w:p>
    <w:p>
      <w:r>
        <w:t>Spisová značka: 9Sd/39/2011</w:t>
      </w:r>
    </w:p>
    <w:p>
      <w:r>
        <w:t>ECLI: ECLI:SK:KSBA:2012:1011201341.1</w:t>
      </w:r>
    </w:p>
    <w:p>
      <w:r>
        <w:t>Dátum vydania: 26. 4. 2012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9Sd/39/2011 Identifikačné číslo súdneho spisu: 1011201341 Dátum vydania rozhodnutia: 27. 04. 2012 Meno a priezvisko sudcu, VSÚ: JUDr. Renáta Janáková ECLI: ECLI:SK:KSBA:2012:1011201341.1 Uznesenie Krajský súd v Bratislave v právnej veci navrhovateľa: I. Y., J.. XX. O. XXXX, bytom O. XX, XXX XX G., proti odporkyni: Sociálna poisťovňa - ústredie, so sídlom Ul. 29. augusta 8, Bratislava, o sirotský dôchodok, takto r o z h o d o l : Súd konanie z a s t a v u j e. Žiaden z účastníkov n e m á právo na náhradu trov konania. o d ô v o d n e n i e : Navrhovateľ svojim návrhom zo dňa 20. júla 2011 žiadal preskúmať rozhodnutie odporkyne č. XXX XXX XXXX zo dňa 08. júla 2011, ktorým odporkyňa podľa ust. § 76 a § 112 ods. 4 a 6 zákona č. 461/2003 Z. z. o sociálnom poistení v znení zákona č. 555/2007 Z.z. (ďalej len „zákon o sociálnom poistení“) zastavila výplatu sirotského dôchodku navrhovateľovi od 18. septembra 2011 z dôvodu, že navrhovateľ prestal byť považovaný za nezaopatrené dieťa. Navrhovateľ vo svojom opravnom prostriedku uviedol, že je naďalej študentom P. P., W. H. I. G.. Svoje tvrdenie dodatočne podložil potvrdením o štúdiu zo dňa 13. septembra 2011. Rozhodnutím č. XXX XXX XXXX X zo dňa 29. septembra 2011 odporkyňa podľa ust. § 76 ods. 3 a § 112 ods. 4 zákona o sociálnom poistení uvoľnila navrhovateľovi výplatu sirotského dôchodku od 18. septembra 2011 v sume XXX,XX Eur mesačne. Vydaním predmetného zmenového rozhodnutia odporkyňa celkom vyhovela navrhovateľovmu opravnému prostriedku zo dňa 20. júla 2011. Podľa § 250o O.s.p., ak správny orgán, ktorého rozhodnutie súd preskúma vydá nové rozhodnutie, ktorým návrhu celkom vyhovie, súd uznesením konanie zastaví. S poukazom na vyššie uvedené súd podľa § 250o O.s.p. konanie zastavil. O trovách konania súd rozhodol podľa § 250l ods. 2, § 246c a § 146 ods. 1 písm. c) O.s.p. Poučenie: Proti tomuto uzneseniu j e možné podať odvolanie v lehote 15 dní od jeho doručenia na Krajský súd v Bratislave, písomne, dvojmo.</w:t>
      </w:r>
    </w:p>
    <w:p/>
    <w:p>
      <w:r>
        <w:t>Zdroj: KAUZIS.SK – https://www.kauzis.sk/judikatura/r/ECLI:SK:KSBA:2012:1011201341.1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