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9Sd/40/2011 z 18. 7. 2012</w:t>
      </w:r>
    </w:p>
    <w:p>
      <w:r>
        <w:t>Uznesenie Krajského súdu Bratislava z 18. júla 2012, sp. zn. 9Sd/40/2011, ECLI:SK:KSBA:2012:1011201342.2</w:t>
      </w:r>
    </w:p>
    <w:p>
      <w:r>
        <w:t>Súd: Krajský súd Bratislava</w:t>
      </w:r>
    </w:p>
    <w:p>
      <w:r>
        <w:t>Spisová značka: 9Sd/40/2011</w:t>
      </w:r>
    </w:p>
    <w:p>
      <w:r>
        <w:t>ECLI: ECLI:SK:KSBA:2012:1011201342.2</w:t>
      </w:r>
    </w:p>
    <w:p>
      <w:r>
        <w:t>Dátum vydania: 18.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9Sd/40/2011 Identifikačné číslo súdneho spisu: 1011201342 Dátum vydania rozhodnutia: 19. 07. 2012 Meno a priezvisko sudcu, VSÚ: JUDr. Renáta Janáková ECLI: ECLI:SK:KSBA:2012:1011201342.2 Uznesenie Krajský súd v Bratislave, v právnej veci navrhovateľky: Y. W., W.. XX. E. XXXX, F. N. Č.. XX, XXX XX F. proti odporkyni: Sociálna poisťovňa - ústredie, Ul. 29. augusta č. 8, 813 63 Bratislava, o sirotský dôchodok, takto r o z h o d o l : Uznesenie Krajského súdu v Bratislave č. k. XSd XX/XXXX-XX zo dňa 27. apríla 2012 sa v odôvodnení opravuje tak, že nesprávne uvedené číslo rozhodnutí odporkyne „. XXX XXXX X“ sa opravuje na správne číslo „XXX XXX XXXX X“. o d ô v o d n e n i e : Návrhom zo dňa 10. júla 2011 sa navrhovateľka domáhala preskúmania rozhodnutia odporkyne číslo XXX XXX XXXX X zo dňa 17. mája 2011. Nakoľko odporkyňa vydala nové rozhodnutie číslo XXX XXX XXXX X zo dňa 9. augusta 2011, ktorým v celom rozsahu vyhovela navrhovateľkinmu návrhu, Krajský súd v Bratislave uznesením č. k. XSd XX/XXXX-XX zo dňa 27. apríla 2012 zastavil konanie podľa § 250o O.s.p. Návrhom zo dňa 3. júla 2012 odporkyňa požiadala tunajší súd o vydanie opravného prostriedku z dôvodu uvedenia neúplného čísla rozhodnutia odporkyne v odôvodnení. Správne číslo totiž má byť XXX XXX XXXX X. Podľa § 164 veta prvá a druhá O.s.p. súd kedykoľvek aj bez návrhu opraví v rozsudku chyby z písaní a počítaní, ako aj iné zrejmé nesprávnosti. O oprave vydá opravné uznesenie, ktoré doručí účastníkom. Pritom môže odložiť vykonateľnosť rozsudku na čas, kým opravné uznesenie nenadobudne právoplatnosť. Nakoľko v odôvodnení písomného vyhotovenia uznesenia došlo k chybe v písaní, keď bolo nesprávne uvedené číslo rozhodnutí odporkyne XXX XXX XXXX X, súd na návrh odporkyne doručený Krajskému súdu v Bratislave dňa 9. júla 2012, v zmysle § 164 O.s.p. uvedenú chybu v písaní opravil. Poučenie: Proti tomuto uzneseniu j e možné podať odvolanie do 15 dní odo dňa jeho doručenia cestou Krajského súdu v Bratislave na Najvyšší súd Slovenskej republiky, písomne, dvojmo.</w:t>
      </w:r>
    </w:p>
    <w:p/>
    <w:p>
      <w:r>
        <w:t>Zdroj: KAUZIS.SK – https://www.kauzis.sk/judikatura/r/ECLI:SK:KSBA:2012:1011201342.2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