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3S/151/2011 z 16. 1. 2012</w:t>
      </w:r>
    </w:p>
    <w:p>
      <w:r>
        <w:t>Uznesenie Krajského súdu Bratislava z 16. januára 2012, sp. zn. 3S/151/2011, ECLI:SK:KSBA:2012:1011201398.2</w:t>
      </w:r>
    </w:p>
    <w:p>
      <w:r>
        <w:t>Súd: Krajský súd Bratislava</w:t>
      </w:r>
    </w:p>
    <w:p>
      <w:r>
        <w:t>Spisová značka: 3S/151/2011</w:t>
      </w:r>
    </w:p>
    <w:p>
      <w:r>
        <w:t>ECLI: ECLI:SK:KSBA:2012:1011201398.2</w:t>
      </w:r>
    </w:p>
    <w:p>
      <w:r>
        <w:t>Dátum vydania: 16.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3S/151/2011 Identifikačné číslo súdneho spisu: 1011201398 Dátum vydania rozhodnutia: 17. 01. 2012 Meno a priezvisko sudcu, VSÚ: JUDr. Ivana Nevíďanská ECLI: ECLI:SK:KSBA:2012:1011201398.2 Uznesenie Krajský súd v Bratislave v právnej veci žalobcu: Ing. C. H., Y. XX, XXX XX A., zastúpený: JUDr. Ladislav Csákó, Hviezdoslavova 4, 048 01 Rožňava, proti žalovanému: 1. Minister vnútra Slovenskej republiky, Pribinova 2, 812 72 Bratislava, 2. Ministerstvo vnútra Slovenskej republiky, Pribinova 2, 812 72 Bratislava, v konaní o preskúmanie zákonnosti rozhodnutia žalovaného, takto r o z h o d o l : Súd konanie z a s t a v u j e. Žiaden z účastníkov n e m á p r á v o na náhradu trov konania. o d ô v o d n e n i e : Podaním doručeným tunajšiemu súdu dňa 18.08.2011, zapísaným pod sp. zn. 3S 151/2011, sa žalobca domáhal preskúmania zákonnosti rozhodnutia žalovaného v 2. rade sp. zn. SLV-PS-PK-88/2011 zo dňa 27.06.2011, ktorým potvrdil rozhodnutie žalovaného v 1. rade - personálny rozkaz ministra vnútra Slovenskej republiky č. 85 zo dňa 16.03.2011 a zamietol rozklad. Podaním doručeným Najvyššiemu súdu Slovenskej republiky dňa 17.08.2011, postúpeným Krajskému súdu v Bratislave dňa 23.09.2011, zapísaným pod sp. zn. 2S 149/2011, sa žalobca domáhal preskúmania zákonnosti rozhodnutia žalovaného v 2. rade sp. zn. SLV-PS-PK-88/2011 zo dňa 27.06.2011, ktorým potvrdil rozhodnutie žalovaného v 1. rade - personálny rozkaz ministra vnútra Slovenskej republiky č. 85 zo dňa 16.03.2011 a zamietol rozklad. Podľa ustanovenia § 83 Občianskeho súdneho poriadku (ďalej len ,,OSP“) začatie konania bráni tomu, aby o tej istej veci prebiehalo na súde iné konanie. Táto prekážka vzniká, ak je začaté konanie rovnakých účastníkov, rovnaký predmet konania a rovnaké skutkové okolnosti, od ktorých sa odvodzuje právo. Súd dospel k záveru, že konanie začaté dňa 17.08.2011 pod sp. zn. 2S 149/2011 je konanie s rovnakými účastníkmi, rovnakým predmetom konania a sú tu rovnaké skutkové okolnosti, od ktorých sa odvodzuje právo, ako v prípade žaloby podanej pod sp. zn. 3S 151/2011 doručenej súdu dňa 18.08.2011. Súd preto konštatoval, že ide o prekážku litispendencie podľa ustanovenia § 83 OSP, a preto neskôr začaté konanie pod sp. zn. 3S 151/2011 v zmysle ustanovenia § 104 ods. 1 OSP zastavil. O trovách konania súd rozhodol podľa ustanovenia § 146 ods. 1 písm. c/ OSP v spojení s ustanovením § 246c ods. 1 OSP tak, že žiaden z účastníkov nemá právo na náhradu trov konania podľa jeho výsledku, ak bolo konanie zastavené. Poučenie: : Proti tomuto uzneseniu možno podať odvolanie do 15 dní odo dňa jeho písomného doručenia na Krajský súd v Bratislave. V odvolaní sa má popri všeobecných náležitostiach (§ 42 ods. 3 OSP)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https://www.kauzis.sk/judikatura/r/ECLI:SK:KSBA:2012:1011201398.2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