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9Sd/45/2011 z 23. 10. 2012</w:t>
      </w:r>
    </w:p>
    <w:p>
      <w:r>
        <w:t>Uznesenie Krajského súdu Bratislava z 23. októbra 2012, sp. zn. 9Sd/45/2011, ECLI:SK:KSBA:2012:1011201401.2</w:t>
      </w:r>
    </w:p>
    <w:p>
      <w:r>
        <w:t>Súd: Krajský súd Bratislava</w:t>
      </w:r>
    </w:p>
    <w:p>
      <w:r>
        <w:t>Spisová značka: 9Sd/45/2011</w:t>
      </w:r>
    </w:p>
    <w:p>
      <w:r>
        <w:t>ECLI: ECLI:SK:KSBA:2012:1011201401.2</w:t>
      </w:r>
    </w:p>
    <w:p>
      <w:r>
        <w:t>Dátum vydania: 23.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9Sd/45/2011 Identifikačné číslo súdneho spisu: 1011201401 Dátum vydania rozhodnutia: 24. 10. 2012 Meno a priezvisko sudcu, VSÚ: JUDr. Renáta Janáková ECLI: ECLI:SK:KSBA:2012:1011201401.2 Uznesenie Krajský súd v Bratislave v právnej veci navrhovateľky: P.N. E., A. K. XXXX/X, XXX XX A., proti odporkyni: Sociálnej poisťovni - ústredie, ul. 29. augusta č. 8, 813 63 Bratislava o invalidný dôchodok takto r o z h o d o l : Súd konanie z a s t a v u j e . Žiaden z účastníkov nemá právo na náhradu trov konania. o d ô v o d n e n i e : Navrhovateľka vo svojom opravnom prostriedku zo dňa 13. júna 2011 žiadala preskúmať rozhodnutie odporkyne č. XXX XXX XXXX X zo dňa 17. mája 2011, ktorým jej bola zamietnutá žiadosť o invalidný dôchodok. V opravnom prostriedku uviedla, že nesúhlasí s posúdením jej zdravotného stavu posudkovým lekárom odporkyne, pretože jej rozhodujúce zdravotné postihnutie malo byť podľa odborného lekára zaradené do kapitoly XV, oddiel E, písm. c), a nie do kapitoly XV, odd. E, položka 3, písm. b), tak ako ho zaradil posudkový lekár. Navrhovateľka súčasne nesúhlasila s nenavýšením percentuálnej miery poklesu schopnosti zárobkovej činnosti, jej zdravotný stav ovplyvňuje okrem ostatných ochorení ja depresívna porucha s incipientnou chronifikáciou. Podľa lekárskych správ je spôsobilá na výkon pracovnej činnosti iba na skrátený úväzok. Odporkyňa rozhodnutím č. XXX XXX XXXX X zo dňa 17. mája 2011 podľa § 70 zákona č. 461/2003 Z.z. o sociálnom poistení, zamietla navrhovateľkinu žiadosť o invalidný dôchodok z 21. apríla 2011 s odôvodnením, že navrhovateľka podľa posudku posudkového lekára sociálneho poistenia pobočky Sociálnej poisťovne Bratislava z 21. apríla 2011 nie je invalidná podľa § 71 ods.1 zákona číslo 461/2003 Z.z. lebo pre dlhodobo nepriaznivý zdravotný stav nemá pokles schopnosti vykonávať zárobkovú činnosť o viac ako 40 % v porovnaní so zdravou fyzickou osobou. Za účelom posúdenia invalidity navrhovateľky na základe konania o jej opravnom prostriedku proti rozhodnutiu odporkyne vypracoval druhostupňový posudkový lekár MUDr. Daniela Kolláriková lekársku správu - posudok dňa 12. júna 2012 v ktorej navrhovateľke za rozhodujúce zdravotné postihnutie určila duševné choroby a poruchy správania, - poruchy nálad (depresívne periodické) F 33 (Kapitola V, položka 3.a) prílohy číslo 4 zákona č. 461/2003Z.z. o sociálnom poistení), mieru poklesu schopnosti vykonávať zárobkovú činnosť stanovila na 35% a percentuálnu mieru pre iné zdravotné postihnutie: bolesť chrbta - dorzalgia, tetanický syndróm M XX navýšila o XX%. Posudková lekárka rozhodla, že navrhovateľka je invalidná podľa § 71 ods. 1 zákona č. 461/2003 Z.z. o sociálnom poistení, lebo pre dlhodobo nepriaznivý zdravotný stav má pokles schopnosti vykonávať zárobkovú činnosť o viac ako XX % v porovnaní so zdravou fyzickou osobou, dátum vzniku invalidity určila od 10. apríla 2012 s mierou poklesu schopnosti vykonávať zárobkovú činnosť XX%. Odporkyňa rozhodnutím č. XXX XXX XXXX X zo dňa 21. augusta 2012 podľa § 70 ods. 1 a § 82 zákona č. 461/2003 Z.z. o sociálnom poistení, navrhovateľke od 10. apríla 2012 priznala invalidný dôchodok v sume XXX,XX eur mesačne. Rozhodla tak s odôvodnením, že navrhovateľka bola uznaná za invalidnú z dôvodu, že má pokles schopnosti vykonávať zárobkovú činnosť o XX % v porovnaní so zdravou fyzickou osobou, jej dlhodobo nepriaznivý zdravotný stav bol posúdený posudkovým lekárom sociálneho poistenia Sociálnej poisťovne Bratislava dňa 28. januára 2011, čím odporkyňa navrhovateľke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https://www.kauzis.sk/judikatura/r/ECLI:SK:KSBA:2012:1011201401.2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