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8Sd/151/2011 z 12. 11. 2012</w:t>
      </w:r>
    </w:p>
    <w:p>
      <w:r>
        <w:t>Uznesenie Krajského súdu Bratislava z 12. novembra 2012, sp. zn. 8Sd/151/2011, ECLI:SK:KSBA:2012:1011201435.1</w:t>
      </w:r>
    </w:p>
    <w:p>
      <w:r>
        <w:t>Súd: Krajský súd Bratislava</w:t>
      </w:r>
    </w:p>
    <w:p>
      <w:r>
        <w:t>Spisová značka: 8Sd/151/2011</w:t>
      </w:r>
    </w:p>
    <w:p>
      <w:r>
        <w:t>ECLI: ECLI:SK:KSBA:2012:1011201435.1</w:t>
      </w:r>
    </w:p>
    <w:p>
      <w:r>
        <w:t>Dátum vydania: 12.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8Sd/151/2011 Identifikačné číslo súdneho spisu: 1011201435 Dátum vydania rozhodnutia: 13. 11. 2012 Meno a priezvisko sudcu, VSÚ: JUDr. Peter Pospech ECLI: ECLI:SK:KSBA:2012:1011201435.1 Uznesenie Krajský súd v Bratislave v právnej veci navrhovateľka: Q.. Q. B., K.. XX.XX.XXXX, O. XXX XX O. X, P.Z. Y. XX, proti odporcovi: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27.06.2011, žiadala preskúmať rozhodnutie odporkyne číslo XXX XXX XXXX zo dňa 27.05.2011, ktorým odporkyňa priznala navrhovateľke od 26.08.2010 starobný dôchodok v sume XXX,XX Eur mesačne. Písomným prehlásením došlým súdu dňa 02.10.2012 navrhovateľka vzala späť návrh v celom rozsahu a žiadala konanie zastaviť. Odporkyňa nemala námietky k zastaveniu konania. Súd podľa § 250d ods. 3 v spojení s § 250h ods. 2 a § 2501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https://www.kauzis.sk/judikatura/r/ECLI:SK:KSBA:2012:1011201435.1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