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4S/166/2011 z 1. 3. 2012</w:t>
      </w:r>
    </w:p>
    <w:p>
      <w:r>
        <w:t>Opravné uznesenie Krajského súdu Bratislava z 1. marca 2012, sp. zn. 4S/166/2011, ECLI:SK:KSBA:2012:1011201484.2</w:t>
      </w:r>
    </w:p>
    <w:p>
      <w:r>
        <w:t>Súd: Krajský súd Bratislava</w:t>
      </w:r>
    </w:p>
    <w:p>
      <w:r>
        <w:t>Spisová značka: 4S/166/2011</w:t>
      </w:r>
    </w:p>
    <w:p>
      <w:r>
        <w:t>ECLI: ECLI:SK:KSBA:2012:1011201484.2</w:t>
      </w:r>
    </w:p>
    <w:p>
      <w:r>
        <w:t>Dátum vydania: 1. 3.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4S/166/2011 Identifikačné číslo súdneho spisu: 1011201484 Dátum vydania rozhodnutia: 02. 03. 2012 Meno a priezvisko sudcu, VSÚ: JUDr. Soňa Langová ECLI: ECLI:SK:KSBA:2012:1011201484.2 Opravné uznesenie Krajský súd v Bratislave v právnej veci žalobkyne: R. L., W. X, XXX XX Q., proti žalovanému: Ústredie práce, sociálnych vecí a rodiny, Špitálska č. 8, 812 67 Bratislava, o preskúmanie zákonnosti rozhodnutí žalovaného č. AA/2011/0894-NSVOPPK/Bar zo dňa 27.7.2011 a komplexného posudku č. AA/2011/09090-NSVOPČ zo dňa 11.7.2011, takto r o z h o d o l : Uznesenie Krajského súdu v Bratislave č.k. 4S/166/2011-29, 4S/175/2011 zo dňa 03.02.2012 sa v záhlaví opravuje tak, že označenie žalovaného správne znie: „Ústredie práce, sociálnych vecí a rodiny, Špitálska č. 8, 812 67 Bratislava“ . o d ô v o d n e n i e : Žalobou doručenou súdu dňa 7.9.2011 sa žalobkyňa domáhala preskúmania postupu správnych orgánov a rozhodnutí žalovaného č. AA/2011/0894-NSVOPPK/Bar zo dňa 27.7.2011 a komplexného posudku č. AA/2011/09090-NSVOPČ zo dňa 11.7.2011. Podľa § 164 veta prvá a druhá O.s.p, súd kedykoľvek aj bez návrhu opraví v rozsudku chyby v písaní a počítaní, ako aj iné zrejmé nesprávnosti. O oprave vydá opravné uznesenie, ktoré doručí účastníkom. Nakoľko v záhlaví písomného vyhotovenia uznesenia došlo k chybe v písaní, keď bol nesprávne označený žalovaný ako Sociálna poisťovňa, ústredie namiesto správneho označenia Ústredie práce, sociálnych vecí a rodiny, súd na návrh žalovaného v zmysle § 164 O.s.p. uvedenú chybu v písaní opravil.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https://www.kauzis.sk/judikatura/r/ECLI:SK:KSBA:2012:1011201484.2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