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4S/173/2011 z 11. 1. 2012</w:t>
      </w:r>
    </w:p>
    <w:p>
      <w:r>
        <w:t>Opravné uznesenie Krajského súdu Bratislava z 11. januára 2012, sp. zn. 4S/173/2011, ECLI:SK:KSBA:2012:1011201526.2</w:t>
      </w:r>
    </w:p>
    <w:p>
      <w:r>
        <w:t>Súd: Krajský súd Bratislava</w:t>
      </w:r>
    </w:p>
    <w:p>
      <w:r>
        <w:t>Spisová značka: 4S/173/2011</w:t>
      </w:r>
    </w:p>
    <w:p>
      <w:r>
        <w:t>ECLI: ECLI:SK:KSBA:2012:1011201526.2</w:t>
      </w:r>
    </w:p>
    <w:p>
      <w:r>
        <w:t>Dátum vydania: 11. 1. 2012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4S/173/2011 Identifikačné číslo súdneho spisu: 1011201526 Dátum vydania rozhodnutia: 12. 01. 2012 Meno a priezvisko sudcu, VSÚ: JUDr. Judita Kokolevská ECLI: ECLI:SK:KSBA:2012:1011201526.2 Opravné uznesenie Krajský súd v Bratislave v právnej veci žalobcu: V. H., bytom W. XX, H., zastúpený Advokátska kancelária Šimon, Meliš, s.r.o., Partizánska 3, Bratislava proti žalovanému: starosta mestskej časti Bratislava - Karlova Ves, Námestie sv. Františka 8, Bratislava, zastúpený JUDr. Ing. Bernard Pekár, PhD., advokát, Kukučínova 24, Banská Bystrica o preskúmanie zákonnosti fiktívneho rozhodnutia prvostupňového správneho orgánu o odmietnutí poskytnutia informácií zo dňa 30.6.2011, ako aj fiktívneho rozhodnutia žalovaného o zamietnutí odvolania žalobcu, takto r o z h o d o l : Rozsudok Krajského súdu v Bratislave č.k. 4S/173/2011 - 27 zo dňa 16.12.2011 sa vo výroku opravuje tak, že správne znie:: „Krajský súd v Bratislave napadnuté fiktívne rozhodnutie prvostupňového správneho orgánu o odmietnutí poskytnutia informácií zo dňa 30.6.2011 ako aj napadnuté fiktívne rozhodnutie žalovaného o zamietnutí odvolania žalobcu zrušuje podľa ust. § 250j ods. 3 Občianskeho súdneho poriadku a vec vracia žalovanému na ďalšie konanie. Žalovaný je povinný zaplatiť žalobcovi na účet jeho právneho zástupcu JUDr. Šimona Meliša, trovy konania v sume 380,18 € do 3 dní od právoplatnosti rozsudku.“ o d ô v o d n e n i e : Včas podanou žalobou podanou tunajšiemu súdu dňa 13.9.2011 sa žalobca domáhal preskúmania postupu prvostupňového správneho orgánu ako aj jeho fiktívneho rozhodnutia zo dňa 30.6.2011, ktorým nebolo jeho žiadosti o poskytnutie informácií vyhovené ako aj fiktívneho rozhodnutia žalovaného, ktorým bolo jeho odvolanie zamietnuté a prvostupňové rozhodnutie vydané Miestnym úradom mestskej časti Bratislava- Karlova ves zo dňa 30.6.2011 potvrdené. Podľa § 164 veta prvá a druhá O.s.p, súd kedykoľvek aj bez návrhu opraví v rozsudku chyby v písaní a počítaní, ako aj iné zrejmé nesprávnosti. O oprave vydá opravné uznesenie, ktoré doručí účastníkom. Nakoľko v písomnom vyhotovení rozsudku došlo k chybe v písaní, keď bolo vo výroku rozhodnutia v jeho prvom odseku nesprávne označené fiktívne rozhodnutie prvostupňového správneho orgánu Miestneho úradu mestskej časti Bratislava - Karlova Ves tak, že namiesto jeho správneho označenia ,,...fiktívne rozhodnutie prvostupňového správneho orgánu...“ bolo uvedené jeho nesprávne označenie ,,...fiktívne rozhodnutie žalovaného...“, súd na návrh právneho zástupcu žalobcu doručenom Krajskému súdu v Bratislave dňa 9.1.2012, v zmysle § 164 O.s.p. uvedenú chybu v písaní opravil. Vo zvyšku rozsudok Krajského súdu v Bratislave č.k. 4S/173/2011-27 zo dňa 16.12.2011 ostáva nezmenený.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https://www.kauzis.sk/judikatura/r/ECLI:SK:KSBA:2012:1011201526.2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