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2S/140/2011 z 27. 3. 2012</w:t>
      </w:r>
    </w:p>
    <w:p>
      <w:r>
        <w:t>Uznesenie Krajského súdu Bratislava z 27. marca 2012, sp. zn. 2S/140/2011, ECLI:SK:KSBA:2012:1011201534.2</w:t>
      </w:r>
    </w:p>
    <w:p>
      <w:r>
        <w:t>Súd: Krajský súd Bratislava</w:t>
      </w:r>
    </w:p>
    <w:p>
      <w:r>
        <w:t>Spisová značka: 2S/140/2011</w:t>
      </w:r>
    </w:p>
    <w:p>
      <w:r>
        <w:t>ECLI: ECLI:SK:KSBA:2012:1011201534.2</w:t>
      </w:r>
    </w:p>
    <w:p>
      <w:r>
        <w:t>Dátum vydania: 27.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2S/140/2011 Identifikačné číslo súdneho spisu: 1011201534 Dátum vydania rozhodnutia: 28. 03. 2012 Meno a priezvisko sudcu, VSÚ: JUDr. Ivana Nevíďanská ECLI: ECLI:SK:KSBA:2012:1011201534.2 Uznesenie Krajský súd v Bratislave v právnej veci žalobcu: Q. Q., nar. XX.XX.XXXX, Z. XXX, J., zastúpeného: Advokátska kancelária Hudzík - Novýsedlák Partners, v.o.s., Mnoheľova 830/15, Poprad, proti žalovanému: Ministerstvo vnútra Slovenskej republiky, Pribinova 2, Bratislava, o preskúmanie zákonnosti rozhodnutia č. SLV-PS-PK-98/2011 zo dňa 04.07.2011, takto r o z h o d o l : Súd v r a c i a žalobcovi súdny poplatok za žalobu vo výške 66 eur, prostredníctvom Daňového úradu Prešov po právoplatnosti tohto uznesenia. o d ô v o d n e n i e : Žalobou doručenou tunajšiemu súdu dňa 14.09.2011 sa žalobca domáhal preskúmania zákonnosti rozhodnutia žalovaného č. SLV-PS-PK-98/2011 zo dňa 04.07.2011. Žalobca súčasne s podanou žalobou uhradil kolkovými známkami súdny poplatok za žalobu vo výške 66 eur. Podľa § 4 ods. 2 písm. k) zákona č. 71/1992 Zb. o súdnych poplatkoch a o poplatku za výpis z registra trestov (ďalej len ,,zákon o súdnych poplatkoch“) od poplatku sú oslobodení profesionálni vojaci ozbrojených síl Slovenskej republiky, príslušníci Policajného zboru, príslušníci Zboru väzenskej a justičnej stráže Slovenskej republiky, príslušníci Národného bezpečnostného úradu a príslušníci Slovenskej informačnej služby a colníci v konaní o preskúmanie rozhodnutí služobných orgánov podľa osobitných predpisov. Podľa § 11 ods. 1 prvá veta zákona č. 71/1992 Zb. o súdnych poplatkoch sa poplatok vráti, ak ho zaplatil ten, kto nebol povinný platiť alebo kto ho zaplatil na základe nesprávneho rozhodnutia súdu. Podľa § 11 ods. 4 zákona o súdnych poplatkoch okrem poplatku v rozvodovom konaní a poplatku, ktorý sa vracia podľa odseku 1, sa poplatok alebo jeho časť (preplatok) vracia krátený o 1%, najmenej však 6,63 eura. Ak sa návrh vzal späť pred zaplatením poplatku, poplatok sa nevyrubuje. Podľa § 11 ods. 6 zákona o súdnych poplatkoch, ak sa má vrátiť poplatok alebo preplatok poplatku, súd alebo orgán štátnej správy súdov zašle odpis právoplatného rozhodnutia o jeho vrátení daňovému úradu príslušnému podľa trvalého pobytu (sídla) poplatníka, ktorý poplatok alebo preplatok poplatku vráti; v prípade, že orgán štátnej správy súdov nevydal rozhodnutie, zašle písomné upovedomenie o spôsobe vybavenia sťažnosti podľa osobitného zákona. Keďže žalobca zaplatil súdny poplatok za žalobu výške 66 eur a vzhľadom na vyššie uvedené citované ustanovenia zákona nebol povinný ho zaplatiť, súd rozhodol o jeho vrátení tak, ako je uvedené vo výroku tohto uznesenia. Poučenie: Proti tomuto uzneseniu možno podať odvolanie do 15 dní odo dňa jeho doručenia, a to písomne, v dvoch vyhotoveniach na Krajský súd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https://www.kauzis.sk/judikatura/r/ECLI:SK:KSBA:2012:1011201534.2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