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8Sd/164/2011 z 8. 7. 2012</w:t>
      </w:r>
    </w:p>
    <w:p>
      <w:r>
        <w:t>Uznesenie Krajského súdu Bratislava z 8. júla 2012, sp. zn. 8Sd/164/2011, ECLI:SK:KSBA:2012:1011201576.1</w:t>
      </w:r>
    </w:p>
    <w:p>
      <w:r>
        <w:t>Súd: Krajský súd Bratislava</w:t>
      </w:r>
    </w:p>
    <w:p>
      <w:r>
        <w:t>Spisová značka: 8Sd/164/2011</w:t>
      </w:r>
    </w:p>
    <w:p>
      <w:r>
        <w:t>ECLI: ECLI:SK:KSBA:2012:1011201576.1</w:t>
      </w:r>
    </w:p>
    <w:p>
      <w:r>
        <w:t>Dátum vydania: 8.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8Sd/164/2011 Identifikačné číslo súdneho spisu: 1011201576 Dátum vydania rozhodnutia: 09. 07. 2012 Meno a priezvisko sudcu, VSÚ: JUDr. Peter Pospech ECLI: ECLI:SK:KSBA:2012:1011201576.1 Uznesenie Krajský súd v Bratislave v právnej veci navrhovateľa: Z.. D. Q., bytom U. XX, XXX XX U., proti odporkyni: Sociálna poisťovňa ústredie, Ul. 29. augusta 8, Bratislava o starobný dôchodok takto r o z h o d o l : Súd konanie z a s t a v u j e. Žiaden z účastníkov nemá právo na náhradu trov konania. o d ô v o d n e n i e : Navrhovateľ svojím návrhom zo dňa 26.7.2011 žiadal preskúmať rozhodnutie odporkyne číslo XXX XXX XXXX X zo dňa 13.7.2011, ktorým odporkyňa zamietla žiadosť navrhovateľa o starobný dôchodok. Písomným prehlásením došlým súdu dňa 21.6.2012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§146 ods. 1 písm. c/ O.s.p. Poučenie: Proti tomuto uzneseniu je možné podať odvolanie v lehote 15 dní od jeho doručenia na Krajský súd v Bratislave, písomne, dvojmo.</w:t>
      </w:r>
    </w:p>
    <w:p/>
    <w:p>
      <w:r>
        <w:t>Zdroj: KAUZIS.SK – https://www.kauzis.sk/judikatura/r/ECLI:SK:KSBA:2012:1011201576.1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