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2S/158/2011 z 9. 5. 2012</w:t>
      </w:r>
    </w:p>
    <w:p>
      <w:r>
        <w:t>Uznesenie Krajského súdu Bratislava z 9. mája 2012, sp. zn. 2S/158/2011, ECLI:SK:KSBA:2012:1011201642.2</w:t>
      </w:r>
    </w:p>
    <w:p>
      <w:r>
        <w:t>Súd: Krajský súd Bratislava</w:t>
      </w:r>
    </w:p>
    <w:p>
      <w:r>
        <w:t>Spisová značka: 2S/158/2011</w:t>
      </w:r>
    </w:p>
    <w:p>
      <w:r>
        <w:t>ECLI: ECLI:SK:KSBA:2012:1011201642.2</w:t>
      </w:r>
    </w:p>
    <w:p>
      <w:r>
        <w:t>Dátum vydania: 9.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2S/158/2011 Identifikačné číslo súdneho spisu: 1011201642 Dátum vydania rozhodnutia: 10. 05. 2012 Meno a priezvisko sudcu, VSÚ: JUDr. Marián Trenčan ECLI: ECLI:SK:KSBA:2012:1011201642.2 Uznesenie Krajský súd v Bratislave v právnej veci žalobcu: JUDr. U. P., nar. XX.XX.XXXX, bytom U. P. XXX, Q., proti žalovanému: Ministerstvo vnútra Slovenskej republiky, Pribinova 2, Bratislava, o preskúmanie zákonnosti rozhodnutí žalovaného, jednohlasne, takto r o z h o d o l : Uznesenie Krajského súdu v Bratislave č.k. 2S 144/2011-43, 2S 157/2011-43, 2S 158/2011-43 zo dňa 21.03.2012, ktorým sa konanie zastavilo, sa z r u š u j e v celom rozsahu. o d ô v o d n e n i e : Žalobou doručenou tunajšiemu súdu dňa 20.09.2011 sa žalobca domáhal preskúmania zákonnosti rozhodnutí žalovaného vo veci žiadosti žalobcu o sprístupnenie informácií podľa zákona č. 211/2000 Z.z., ktorú podal u žalovaného dňa 08.06.2011. Konkrétne žiadal žalobca preskúmať a zrušiť rozhodnutie ministra vnútra SR č. SLV-OLVS-111/2011 zo dňa 08.08.2011 (spolu s prvostupňovým rozhodnutím žalovaného č.: KM-614/SI-2011 zo dňa 23.06.2011), ďalej rozhodnutie ministra vnútra SR č. SLV-OLVS-112/2011 zo dňa 08.08.2011 (zrušenie prvostupňového fiktívneho rozhodnutia) a napokon fiktívneho rozhodnutia ministra vnútra SR o potvrdení prvostupňového fiktívneho rozhodnutia žalovaného, ktorým neboli žalobcovi sprístupnené požadovaného informácie. Nakoľko žalobca sa spoločnou žalobou domáhal preskúmania zákonnosti celkom troch právoplatných rozhodnutí žalovaného, z ktorých každé je samostatným predmetom spoplatnenia, predstavoval súdny poplatok za podanú žalobu spolu 198 eur (3x 66 eur - položka č. 10 písm. a/ sadzobníka súdnych poplatkov - príloha zák. č. 71/1992 Zb.). Keďže žalobca nezaplatil za žalobu súdny poplatok v uvedenej výške súčasne s jej podaním na súd, bol súdom vyzvaný na zaplatenie súdneho poplatku do 10 dní od doručenia výzvy, ktorá mu bola doručená dňa 08.03.2012. Žalobca napriek výzve súdny poplatok v zákonnej výške nezaplatil. Uznesením Krajského súdu v Bratislave č.k. 2S 144/2011-43 zo dňa 21.03.2012 bolo v zmysle ust. § 10 ods. 1 zákona č. 71/1992 Zb. o súdnych poplatkoch a poplatku za výpis z registra trestov v znení neskorších predpisov (ďalej len ,,citovaný zákon“) konanie zastavené z dôvodu, že žalobca si nesplnil poplatkovú povinnosť podľa § 5 ods. 1 písm. a/ citovaného zákona, a to ani v lehote určenej vo výzve súdu, ktorá mu bola doručená dňa 08.03.2012. Žalobca v lehote na odvolanie stanovenej v uznesení, t.j. dňa 24.04.2012 uhradil súdny poplatok za žalobu v celkovej výške 198 eur ako vyplýva zo Záznamu o zložení zo dňa 25.04.2012 založeného v súdnom spise (č.l. 48). V zmysle ust. § 10 ods. 3 veta prvá citovaného zákona príslušný súd zruší uznesenie o zastavení konania pre nezaplatenie súdneho poplatku, ak poplatník zaplatí súdny poplatok do konca lehoty na podanie odvolania. Vzhľadom k tomu, že žalobca zaplatil súdny poplatok za žalobu ešte pred uplynutím odvolacej lehoty, súd v zmysle ust. § 10 ods. 3 veta prvá cit. zákona uznesenie o zastavení konania zrušil a ďalej bude pokračovať v konaní.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https://www.kauzis.sk/judikatura/r/ECLI:SK:KSBA:2012:1011201642.2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