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9Sd/85/2011 z 29. 10. 2012</w:t>
      </w:r>
    </w:p>
    <w:p>
      <w:r>
        <w:t>Uznesenie Krajského súdu Bratislava z 29. októbra 2012, sp. zn. 9Sd/85/2011, ECLI:SK:KSBA:2012:1011201720.1</w:t>
      </w:r>
    </w:p>
    <w:p>
      <w:r>
        <w:t>Súd: Krajský súd Bratislava</w:t>
      </w:r>
    </w:p>
    <w:p>
      <w:r>
        <w:t>Spisová značka: 9Sd/85/2011</w:t>
      </w:r>
    </w:p>
    <w:p>
      <w:r>
        <w:t>ECLI: ECLI:SK:KSBA:2012:1011201720.1</w:t>
      </w:r>
    </w:p>
    <w:p>
      <w:r>
        <w:t>Dátum vydania: 29. 10. 2012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9Sd/85/2011 Identifikačné číslo súdneho spisu: 1011201720 Dátum vydania rozhodnutia: 30. 10. 2012 Meno a priezvisko sudcu, VSÚ: JUDr. Renáta Janáková ECLI: ECLI:SK:KSBA:2012:1011201720.1 Uznesenie Krajský súd v Bratislave v právnej veci navrhovateľa: Ľ. Y., F. W. XX, XXX XX F., proti odporcovi: Sociálna poisťovňa - ústredie, Ul. 29. augusta č. 8, 813 63 Bratislava, o starobný dôchodok, takto r o z h o d o l : Súd konanie z a s t a v u j e . Žiaden z účastníkov nemá právo na náhradu trov konania. o d ô v o d n e n i e : Navrhovateľ vo svojom opravnom prostriedku zo dňa 22. augusta 2011 žiadal preskúmať rozhodnutie odporkyne č. XXX XXX XXXX zo dňa 21.7.2011, pretože nesúhlasí so zamietnutím jeho žiadosti o zvýšenie sumy starobného dôchodku za obdobie dôchodkového poistenia od 30. marca 2007 do 31. januára 2011 z dôvodu, že od 01. februára 2011 má prerušenie poistenia ako L.. Odporkyňa rozhodnutím č. XXX XXX XXXX zo dňa 21. júla 2011 podľa § 66 ods. 3 zákona č. 461/2003 Z.z. o sociálnom poistení, zamietla navrhovateľovi žiadosť o zvýšenie starobného dôchodku za obdobie dôchodkového poistenia od 30. marca 2007 do 01. februára 2011. Odporkyňa rozhodnutím č. XXX XXX XXXX zo dňa 27. októbra 2011 podľa § 66 ods. 3 zákona č. 461/2003 Z.z. o sociálnom poistení, navrhovateľovi od 01. februára 2011 zvýšila starobný dôchodok na sumu XXX,XX eur mesačne, a to za obdobie dôchodkového poistenia získaného počas poberania starobného dôchodku od 30. marca 2007 do 31. januára 2011, čím navrhovateľovi celkom vyhovela. Podľa § 250o Občianskeho súdneho poriadku (ďalej len O.s.p.), ak správny orgán, ktorého rozhodnutie súd preskúmava, vydá nové rozhodnutie, ktorým návrhu celkom vyhovie, súd uznesením konanie zastaví. Súd podľa § 250o O.s.p. konanie zastavil. O trovách konania súd rozhodol podľa § 246c a § 146 ods. 1 písm. c) O.s.p. Poučenie: Proti tomuto uzneseniu je možné podať odvolanie do 15 dní odo dňa jeho doručenia na Krajskom súde v Bratislave, písomne, dvojmo. V Bratislave, dňa 30. októbra 2012</w:t>
      </w:r>
    </w:p>
    <w:p/>
    <w:p>
      <w:r>
        <w:t>Zdroj: KAUZIS.SK – https://www.kauzis.sk/judikatura/r/ECLI:SK:KSBA:2012:1011201720.1 (dáta aktuálne k 31.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