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3S/216/2011 z 16. 4. 2012</w:t>
      </w:r>
    </w:p>
    <w:p>
      <w:r>
        <w:t>Uznesenie Krajského súdu Bratislava z 16. apríla 2012, sp. zn. 3S/216/2011, ECLI:SK:KSBA:2012:1011201789.1</w:t>
      </w:r>
    </w:p>
    <w:p>
      <w:r>
        <w:t>Súd: Krajský súd Bratislava</w:t>
      </w:r>
    </w:p>
    <w:p>
      <w:r>
        <w:t>Spisová značka: 3S/216/2011</w:t>
      </w:r>
    </w:p>
    <w:p>
      <w:r>
        <w:t>ECLI: ECLI:SK:KSBA:2012:1011201789.1</w:t>
      </w:r>
    </w:p>
    <w:p>
      <w:r>
        <w:t>Dátum vydania: 16. 4. 2012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3S/216/2011 Identifikačné číslo súdneho spisu: 1011201789 Dátum vydania rozhodnutia: 17. 04. 2012 Meno a priezvisko sudcu, VSÚ: JUDr. Dáša Filová ECLI: ECLI:SK:KSBA:2012:1011201789.1 Uznesenie Krajský súd v Bratislave v právnej veci žalobcu: AD PROPERTY, spol. s r.o., Stará Vajnorská 11, 831 04 Bratislava, zastúpený: Mgr. Viktor Mišík, advokát, Zámocká 1, 811 01 Bratislava, proti žalovanému: Ústredný inšpektorát Slovenskej obchodnej inšpekcie, so sídlom v Bratislave, Prievozská 32, pošt. priečinok 29, 827 99, Bratislava, o preskúmanie zákonnosti rozhodnutia žalovaného č. SK/1221/99/2011 zo dňa 17.8.2010, takto r o z h o d o l : Súd konanie z a s t a v u j e . Žiaden z účastníkov nemá právo na náhradu trov konania. o d ô v o d n e n i e : Žalobou doručenou tunajšiemu súdu dňa 9.11.2011 sa žalobca domáhal preskúmania zákonnosti rozhodnutia žalovaného č. SK/1221/99/2011 zo dňa 17.8.2010, ktorým žalovaný zamietol odvolanie žalobcu a potvrdil rozhodnutie Inšpektorátu Slovenskej obchodnej inšpekcie so sídlom v Bratislave pre Bratislavský kraj č. P/0371/01/2010 zo dňa 12.10.2010, ktorým prvostupňový správny orgán uložil žalobcovi pokutu vo výške 500,- eur pre porušenie povinnosti §18 ods. 6 v nadväznosti na §2 písm. n) zákona č. 250/2007 Z.z. o ochrane spotrebiteľa. Dňa 10.2.2012 bolo tunajšiemu súdu Krajskou prokuratúrou Bratislava doručené rozhodnutie žalovaného č. SK/1221/99/2010 zo dňa 7.2.2012, ktorým žalovaný vyhovel protestu krajského prokurátora v Bratislave č.k. Kd 338/11-9 zo dňa 25.1.2012 a rozhodnutie žalovaného č. SK/1221/99/2011 zo dňa 17.8.2010 zrušil. Podľa ustanovenia § 250i ods. 4 O.s.p. ak rozhodnutie správneho orgánu bolo medzitým napadnuté protestom prokurátora, súd konanie o žalobe preruší až do jeho vybavenia; ak napadnuté rozhodnutie bolo zrušené alebo zmenené, súd konanie o žalobe zastaví. Obdobne sa postupuje, ak pred podaním žaloby na súd sa proti právoplatnému rozhodnutiu správneho orgánu podal mimoriadny opravný prostriedok. Vzhľadom na to, že napadnuté rozhodnutie bolo v konaní o proteste prokurátora zrušené, postupoval súd podľa § 250i ods. 4 O.s.p. a konanie vo veci zastavil. O náhrade trov konania súd rozhodol podľa § 146 ods. 1 písm. c) O.s.p. s použitím ustanovenia § 246c O.s.p. tak, že žiaden z účastníkov nemá právo na náhradu trov konania, nakoľko konanie vo veci bolo zastavené. Toto rozhodnutie senát Krajského súdu v Bratislave prijal pomerom hlasov 3:0. Toto rozhodnutie senát Krajského súdu v Bratislave prijal pomerom hlasov 3:0. Poučenie: Proti tomuto uzneseniu v časti zastavenia konania nie je prípustné odvolanie. (§ 250i ods. 4 v spojení s §246c ods. 1 druhá veta O.s.p.) Proti tomuto uzneseniu v časti náhrady trov konania možno podať odvolanie do 15 dní odo dňa jeho doručenia, na Krajský súd v Bratislave. V odvolaní sa má popri všeobecných náležitostiach (§ 42 ods. 3 O.s.p)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https://www.kauzis.sk/judikatura/r/ECLI:SK:KSBA:2012:1011201789.1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