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2S/179/2011 z 29. 5. 2012</w:t>
      </w:r>
    </w:p>
    <w:p>
      <w:r>
        <w:t>Uznesenie Krajského súdu Bratislava z 29. mája 2012, sp. zn. 2S/179/2011, ECLI:SK:KSBA:2012:1011201818.3</w:t>
      </w:r>
    </w:p>
    <w:p>
      <w:r>
        <w:t>Súd: Krajský súd Bratislava</w:t>
      </w:r>
    </w:p>
    <w:p>
      <w:r>
        <w:t>Spisová značka: 2S/179/2011</w:t>
      </w:r>
    </w:p>
    <w:p>
      <w:r>
        <w:t>ECLI: ECLI:SK:KSBA:2012:1011201818.3</w:t>
      </w:r>
    </w:p>
    <w:p>
      <w:r>
        <w:t>Dátum vydania: 29.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2S/179/2011 Identifikačné číslo súdneho spisu: 1011201818 Dátum vydania rozhodnutia: 30. 05. 2012 Meno a priezvisko sudcu, VSÚ: JUDr. Vlastimil Pavlikovský ECLI: ECLI:SK:KSBA:2012:1011201818.3 Uznesenie Krajský súd v Bratislave v právnej veci žalobcov: 1. UNISTAV, s.r.o., IČO: 17 147 387, Ku Surdoku 25, Prešov, 2. ANTES FLUS, s.r.o., IČO: 31 695 132, Cyrila a Metoda 1, Michalovce, obaja zast.: JUDr. Jindřich Stoszek, advokát, Černyševského 26, Bratislava, proti žalovanému: Úrad pre verejné obstarávanie, Dunajská 68, Bratislava, o preskúmanie zákonnosti rozhodnutia žalovaného č. 881-6000/20111-ON/305 zo dňa 04.11.2011, jednohlasne, takto r o z h o d o l : Uznesenie Krajského súdu v Bratislave č.k. 2S 179/2011-44 zo dňa 09.05.2012, ktorým sa konanie zastavilo, sa z r u š u j e v celom rozsahu. o d ô v o d n e n i e : Žalobou doručenou Krajskému súdu v Bratislave dňa 16.11.2011 sa žalobcovia domáhali preskúmania zákonnosti rozhodnutia žalovaného č. 881-6000/20111-ON/305 zo dňa 04.11.2011, ktorým bolo nariadené verejnému obstarávateľovi, Psychiatrickej nemocnici Michalovce, n.o., zrušiť rozhodnutie o vylúčení uchádzača EURO-BUILDING, a.s., Družstevná 2, Bratislava a zaradiť ho do procesu verejného obstarávania. Uznesením Krajského súdu v Bratislave č.k. 2S 179/2011-44 zo dňa 09.05.2012 bolo v zmysle ust. § 10 ods. 1 zákona č. 71/1992 Zb. o súdnych poplatkoch v znení neskorších predpisov (ďalej citovaný zákon) konanie zastavené z dôvodu, že žalobcovia si nesplnili poplatkovú povinnosť podľa § 5 ods. 1 písm. a/ citovaného zákona, a to ani v lehote určenej vo výzve súdu, ktorá bola ich právnemu zástupcovi doručená dňa 13.04.2012. Žalobcovia v lehote na odvolanie stanovenej v uznesení, t.j. dňa 16.05.2012 uhradili súdny poplatok za žalobu vo výške 66 eur (č.l. 40). V zmysle ust. § 10 ods. 3 veta prvá citovaného zákona príslušný súd zruší uznesenie o zastavení konania pre nezaplatenie súdneho poplatku, ak poplatník zaplatí súdny poplatok do konca lehoty na podanie odvolania. Vzhľadom k tomu, že žalobcovia zaplatili súdny poplatok za žalobu ešte pred uplynutím odvolacej lehoty, súd v zmysle ust. § 10 ods. 3 veta prvá cit. zákona uznesenie o zastavení konania zrušil a ďalej bude pokračovať v konaní.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https://www.kauzis.sk/judikatura/r/ECLI:SK:KSBA:2012:1011201818.3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