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2S/179/2011 z 30. 5. 2012</w:t>
      </w:r>
    </w:p>
    <w:p>
      <w:r>
        <w:t>Uznesenie Krajského súdu Bratislava z 30. mája 2012, sp. zn. 2S/179/2011, ECLI:SK:KSBA:2012:1011201818.4</w:t>
      </w:r>
    </w:p>
    <w:p>
      <w:r>
        <w:t>Súd: Krajský súd Bratislava</w:t>
      </w:r>
    </w:p>
    <w:p>
      <w:r>
        <w:t>Spisová značka: 2S/179/2011</w:t>
      </w:r>
    </w:p>
    <w:p>
      <w:r>
        <w:t>ECLI: ECLI:SK:KSBA:2012:1011201818.4</w:t>
      </w:r>
    </w:p>
    <w:p>
      <w:r>
        <w:t>Dátum vydania: 30.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2S/179/2011 Identifikačné číslo súdneho spisu: 1011201818 Dátum vydania rozhodnutia: 31. 05. 2012 Meno a priezvisko sudcu, VSÚ: Mgr. Viliam Pohančeník ECLI: ECLI:SK:KSBA:2012:1011201818.4 Uznesenie Krajský súd v Bratislave v právnej veci žalobcov: 1. UNISTAV, s.r.o., IČO: 17 147 387, Ku Surdoku 25, Prešov, 2. ANTES FLUS, s.r.o., IČO: 31 695 132, Cyrila a Metoda 1, Michalovce, obaja zast.: JUDr. Jindřich Stoszek, advokát, Černyševského 26, Bratislava, proti žalovanému: Úrad pre verejné obstarávanie, Dunajská 68, Bratislava, o preskúmanie zákonnosti rozhodnutia žalovaného č. 881-6000/20111-ON/305 zo dňa 04.11.2011, jednohlasne, takto r o z h o d o l : Krajský súd v Bratislave priberá do konania ako ďalších účastníkov: Psychiatrická nemocnica Michalovce, n.o., IČO: 35581000, Stráňany, 071 01 Michalovce. EURO-BUILDING, a.s., IČO: 35 683 066, Podunajská 23, 821 06 Bratislava o d ô v o d n e n i e : Žalobou doručenou Krajskému súdu v Bratislave dňa 16.11.2011 sa žalobcovia domáhali preskúmania zákonnosti rozhodnutia žalovaného č. 881-6000/20111-ON/305 zo dňa 04.11.2011, ktorým bolo nariadené verejnému obstarávateľovi, Psychiatrickej nemocnici Michalovce, n.o., zrušiť rozhodnutie o vylúčení uchádzača EURO-BUILDING, a.s., Družstevná 2, Bratislava a zaradiť ho do procesu verejného obstarávania na predmet zákazky „ Rekonštrukcia a prestavba priestorov pre špecializované zariadenie - DSS pre klientov so schizofréniou“, vyhlásenú uverejnením Oznámenia o vyhlásení verejného obstarávania vo Vestníku verejného obstarávania č. 124/2011 zo dňa 25.06.2011 pod značkou 04799- MSP. Podľa § 250 ods. 1 O.s.p. účastníkmi konania sú žalobca a žalovaný. Súd aj bez návrhu uznesením priberie do konania účastníka správneho konania, ktorého práva a povinnosti by mohli byť zrušením správneho rozhodnutia dotknuté. Z pripojeného administratívneho spisu vyplýva, že súdom na základe žaloby preskúmavané rozhodnutie žalovaného sa priamo týkalo práv a povinností verejného obstarávateľa a vylúčeného uchádzača. Preto súd postupoval podľa cit. ust. § 250 ods. 1 O.s.p. a pribral oboch do konania ako ďalších účastníkov, nakoľko rozhodnutím súdu o žalobe žalobcu by mohli byť ich práva a povinnosti vyplývajúce z rozhodnutia žalovaného priamo dotknuté. Poučenie: Proti tomuto uzneseniu nie je možné podať odvolanie.</w:t>
      </w:r>
    </w:p>
    <w:p/>
    <w:p>
      <w:r>
        <w:t>Zdroj: KAUZIS.SK – https://www.kauzis.sk/judikatura/r/ECLI:SK:KSBA:2012:1011201818.4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