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5Sd/141/2011 z 12. 6. 2012</w:t>
      </w:r>
    </w:p>
    <w:p>
      <w:r>
        <w:t>Uznesenie Krajského súdu Bratislava z 12. júna 2012, sp. zn. 5Sd/141/2011, ECLI:SK:KSBA:2012:1011201829.1</w:t>
      </w:r>
    </w:p>
    <w:p>
      <w:r>
        <w:t>Súd: Krajský súd Bratislava</w:t>
      </w:r>
    </w:p>
    <w:p>
      <w:r>
        <w:t>Spisová značka: 5Sd/141/2011</w:t>
      </w:r>
    </w:p>
    <w:p>
      <w:r>
        <w:t>ECLI: ECLI:SK:KSBA:2012:1011201829.1</w:t>
      </w:r>
    </w:p>
    <w:p>
      <w:r>
        <w:t>Dátum vydania: 12.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5Sd/141/2011 Identifikačné číslo súdneho spisu: 1011201829 Dátum vydania rozhodnutia: 13. 06. 2012 Meno a priezvisko sudcu, VSÚ: JUDr. Milota Tóthová ECLI: ECLI:SK:KSBA:2012:1011201829.1</w:t>
      </w:r>
    </w:p>
    <w:p>
      <w:r>
        <w:t>Uznesenie Krajský súd v Bratislave v právnej veci navrhovateľky N. Q., bytom B. XXX/XX, Z., proti odporkyni Sociálnej poisťovni ústredie, Ul. 29. augusta č. 8, Bratislava,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Navrhovateľka svojím návrhom zo dňa 14.10.2011 žiadala preskúmať rozhodnutie odporkyne číslo XXX XXX XXXX zo dňa 8.9.2011, ktorým odporkyňa zamietla žiadosť o invalidný dôchodok z dôvodu, že navrhovateľka nezískala potrebný počet rokov dôchodkového poistenia na vznik nároku na invalidný dôchodok.</w:t>
      </w:r>
    </w:p>
    <w:p>
      <w:r>
        <w:t>Prehlásením na pojednávaní dňa 13.6.2012 navrhovateľka vzala späť návrh zo dňa 14.10.2011 v celom rozsahu.</w:t>
      </w:r>
    </w:p>
    <w:p>
      <w:r>
        <w:t>Odporkyňa nemala námietky proti späťvzatiu návrhu.</w:t>
      </w:r>
    </w:p>
    <w:p>
      <w:r>
        <w:t>Súd podľa § 250d ods. 3 v spojení s § 250h ods. 2 a § 250l ods. 2 O.s.p. konanie zastavil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</w:t>
      </w:r>
    </w:p>
    <w:p>
      <w:r>
        <w:t>doručenia na Krajskom súde v Bratislave.</w:t>
      </w:r>
    </w:p>
    <w:p>
      <w:r>
        <w:t>Účastníci sa vzdali opravného prostriedku.</w:t>
      </w:r>
    </w:p>
    <w:p/>
    <w:p>
      <w:r>
        <w:t>Zdroj: KAUZIS.SK – https://www.kauzis.sk/judikatura/r/ECLI:SK:KSBA:2012:1011201829.1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