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5Sd/143/2011 z 29. 5. 2012</w:t>
      </w:r>
    </w:p>
    <w:p>
      <w:r>
        <w:t>Uznesenie Krajského súdu Bratislava z 29. mája 2012, sp. zn. 5Sd/143/2011, ECLI:SK:KSBA:2012:1011201831.1</w:t>
      </w:r>
    </w:p>
    <w:p>
      <w:r>
        <w:t>Súd: Krajský súd Bratislava</w:t>
      </w:r>
    </w:p>
    <w:p>
      <w:r>
        <w:t>Spisová značka: 5Sd/143/2011</w:t>
      </w:r>
    </w:p>
    <w:p>
      <w:r>
        <w:t>ECLI: ECLI:SK:KSBA:2012:1011201831.1</w:t>
      </w:r>
    </w:p>
    <w:p>
      <w:r>
        <w:t>Dátum vydania: 29. 5.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5Sd/143/2011 Identifikačné číslo súdneho spisu: 1011201831 Dátum vydania rozhodnutia: 30. 05. 2012 Meno a priezvisko sudcu, VSÚ: JUDr. Milota Tóthová ECLI: ECLI:SK:KSBA:2012:1011201831.1 Uznesenie Krajský súd v Bratislave v právnej veci navrhovateľky U. V., bytom G. XX/XX, P. J., proti odporkyni Sociálnej poisťovni ústredie, Ul. 29. augusta č. 8, Bratislava, o invalidný dôchodok, takto r o z h o d o l : Súd konanie z a s t a v u j e . Žiaden z účastníkov nemá právo na náhradu trov konania. o d ô v o d n e n i e : Navrhovateľka svojimi návrhmi zo dňa 5.9.2011 a zo dňa 8.11.2011 žiadala preskúmať rozhodnutie odporkyne číslo XXX XXX XXXX zo dňa 11.8.2011 a zmenové rozhodnutie zo dňa 7.10.2011, ktorými odporkyňa zamietla žiadosť o invalidný dôchodok z dôvodu, že navrhovateľka nezískala potrebný počet rokov dôchodkového poistenia na vznik nároku na invalidný dôchodok podľa ustanovenia § 72 ods. 1 písm. g) zákona č. 461/2003 Z.z. o sociálnom poistení v znení neskorších predpisov. Prehlásením na pojednávaní dňa 30.5.2012 navrhovateľka vzala späť návrh zo dňa 5.9.2011 a zo dňa 8.11.2011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https://www.kauzis.sk/judikatura/r/ECLI:SK:KSBA:2012:1011201831.1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