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5Scud/48/2011 z 24. 7. 2012</w:t>
      </w:r>
    </w:p>
    <w:p>
      <w:r>
        <w:t>Uznesenie Krajského súdu Bratislava z 24. júla 2012, sp. zn. 5Scud/48/2011, ECLI:SK:KSBA:2012:1011201861.2</w:t>
      </w:r>
    </w:p>
    <w:p>
      <w:r>
        <w:t>Súd: Krajský súd Bratislava</w:t>
      </w:r>
    </w:p>
    <w:p>
      <w:r>
        <w:t>Spisová značka: 5Scud/48/2011</w:t>
      </w:r>
    </w:p>
    <w:p>
      <w:r>
        <w:t>ECLI: ECLI:SK:KSBA:2012:1011201861.2</w:t>
      </w:r>
    </w:p>
    <w:p>
      <w:r>
        <w:t>Dátum vydania: 24.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5Scud/48/2011 Identifikačné číslo súdneho spisu: 1011201861 Dátum vydania rozhodnutia: 25. 07. 2012 Meno a priezvisko sudcu, VSÚ: JUDr. Milota Tóthová ECLI: ECLI:SK:KSBA:2012:1011201861.2</w:t>
      </w:r>
    </w:p>
    <w:p>
      <w:r>
        <w:t>Uznesenie Krajský súd v Bratislave v právnej veci navrhovateľky A. F., bytom A. XXX, S. XX - D. Z., Č. Q., proti odporkyni Sociálnej poisťovni ústredie, Ul. 29. augusta č. 8,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25.8.2011 žiadala preskúmať rozhodnutie odporkyne číslo XXX XXX XXXX zo dňa 29.7.2011, ktorým odporkyňa zamietla žiadosť o invalidný dôchodok z 21. apríla 2010.</w:t>
      </w:r>
    </w:p>
    <w:p>
      <w:r>
        <w:t>Odporkyňa dňa 9.12.2011 vydala rozhodnutie, ktorým zrušila napadnuté rozhodnutie číslo XXX XXX XXXX zo dňa 29.7.2011 a zároveň rozhodnutím číslo XXX XXX XXXX X zo dňa 7.12.2011 priznala navrhovateľke od 21. augusta 2010 invalidný dôchodok v sume 33,90 eur mesačne, zvýšený rozhodnutiami číslo XXX XXX XXXX X zo dňa 9.12.2011 od 1. januára 2011 na sumu 34,60 eur mesačne a od 1. januára 2012 na sumu 35,80 eur mesačne, čím navrhovateľke celkom vyhovela.</w:t>
      </w:r>
    </w:p>
    <w:p>
      <w:r>
        <w:t>Súd podľa § 250o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písomne, dvojmo na Krajskom súde v Bratislave.</w:t>
      </w:r>
    </w:p>
    <w:p/>
    <w:p>
      <w:r>
        <w:t>Zdroj: KAUZIS.SK – https://www.kauzis.sk/judikatura/r/ECLI:SK:KSBA:2012:1011201861.2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