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2S/191/2011 z 7. 2. 2012</w:t>
      </w:r>
    </w:p>
    <w:p>
      <w:r>
        <w:t>Uznesenie Krajského súdu Bratislava z 7. februára 2012, sp. zn. 2S/191/2011, ECLI:SK:KSBA:2012:1011201871.1</w:t>
      </w:r>
    </w:p>
    <w:p>
      <w:r>
        <w:t>Súd: Krajský súd Bratislava</w:t>
      </w:r>
    </w:p>
    <w:p>
      <w:r>
        <w:t>Spisová značka: 2S/191/2011</w:t>
      </w:r>
    </w:p>
    <w:p>
      <w:r>
        <w:t>ECLI: ECLI:SK:KSBA:2012:1011201871.1</w:t>
      </w:r>
    </w:p>
    <w:p>
      <w:r>
        <w:t>Dátum vydania: 7.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2S/191/2011 Identifikačné číslo súdneho spisu: 1011201871 Dátum vydania rozhodnutia: 08. 02. 2012 Meno a priezvisko sudcu, VSÚ: Mgr. Viliam Pohančeník ECLI: ECLI:SK:KSBA:2012:1011201871.1 Uznesenie Krajský súd v Bratislave v právnej veci žalobcu: I.. J. A., B. XXX, XXX XX W. nad W., zastúpený: JUDr. Terézia Straková, Sládkovičova 2, 900 01 Modra, proti žalovanému: Ústredie práce, sociálnych vecí a rodiny Bratislava, Odbor pomoci v hmotnej núdzi, Špitálska č. 8, 812 67 Bratislava, o preskúmanie zákonnosti rozhodnutia žalovaného č. j. AA/2011/10325/1- OPHN zo dňa 16.11.2011, takto r o z h o d o l : Krajský súd v Bratislave p o s t u p u j e vec Krajskému súdu v Banskej Bystrici. o d ô v o d n e n i e : Žalobou doručenou tunajšiemu súdu dňa 30.11.2011 sa žalobca domáha preskúmania zákonnosti rozhodnutia žalovaného č.j. AA/2011/10325/1- OPHN zo dňa 16.11.2011, ktorým bolo zmenené rozhodnutie Úradu práce, sociálnych vecí a rodiny Banská Štiavnica, detašované pracovisko Žiar nad Hronom, odbor sociálnych vecí a rodiny č. D/241-2011/05806-KOV zo dňa 9.9.2011 tak, že výrok znie: Podľa § 29 ods. 4 písm. a) zákona č. 599/2003 Z.z. o pomoci v hmotnej núdzi a o zmene a doplnení niektorých zákonov v znení neskorších predpisov ukladá občanovi Ing. J. A., nar. XX.X.XXXX, bytom W. nad W., ul. B. č. XXX vrátiť časť dávky v hmotnej núdzi a príspevkov vyplatených neprávom za obdobie od 1.4.2007 do 31.10.2009 v sume 5116,14 eur zvýšené o 10% v sume 511,61 eur, t.j. celkom v sume 5 627,75 eur do 15 dní od právoplatnosti rozhodnutia na účet Úradu práce, sociálnych vecí a rodiny Banská Štiavnica.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navrhovateľa. Podľa § 85 ods. 1 O.s.p. všeobecným súdom občana je súd, v obvode ktorého má občan bydlisko, a ak nemá bydlisko, súd, v obvode ktorého sa zdržuje. Podľa § 250d ods. 2 O.s.p. ak predseda senátu zistí, že súd nie je vecne alebo miestne príslušný, postúpi vec uznesením príslušnému súdu. Vzhľadom na to, že žalovaný je správnym orgánom s pôsobnosťou pre celé územie Slovenskej republiky a zároveň nie je ústredným orgánom štátnej správy, miestne príslušným na konanie vo veci je Krajský súd v Banskej Bystrici, keďže v jeho obvode sa nachádza všeobecný súd žalobcu - Okresný súd v Žiari nad Hronom. Krajský súd v Bratislave preto postupoval v súlade s ustanovením § 246a ods. 1 v spojení s § 250d ods. 2 O.s.p. a postúpil vec vecne a miestne príslušnému Krajskému súdu v Žiline. Poučenie: Proti tomuto uzneseniu nie je prípustný opravný prostriedok.</w:t>
      </w:r>
    </w:p>
    <w:p/>
    <w:p>
      <w:r>
        <w:t>Zdroj: KAUZIS.SK – https://www.kauzis.sk/judikatura/r/ECLI:SK:KSBA:2012:1011201871.1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