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2S/193/2011 z 10. 4. 2012</w:t>
      </w:r>
    </w:p>
    <w:p>
      <w:r>
        <w:t>Rozhodnutie Krajského súdu Bratislava z 10. apríla 2012, sp. zn. 2S/193/2011, ECLI:SK:KSBA:2012:1011201880.1</w:t>
      </w:r>
    </w:p>
    <w:p>
      <w:r>
        <w:t>Súd: Krajský súd Bratislava</w:t>
      </w:r>
    </w:p>
    <w:p>
      <w:r>
        <w:t>Spisová značka: 2S/193/2011</w:t>
      </w:r>
    </w:p>
    <w:p>
      <w:r>
        <w:t>ECLI: ECLI:SK:KSBA:2012:1011201880.1</w:t>
      </w:r>
    </w:p>
    <w:p>
      <w:r>
        <w:t>Dátum vydania: 10.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2S/193/2011 Identifikačné číslo súdneho spisu: 1011201880 Dátum vydania rozhodnutia: 11. 04. 2012 Meno a priezvisko sudcu, VSÚ: Mgr. Viliam Pohančeník ECLI: ECLI:SK:KSBA:2012:1011201880.1 Rozhodnutie Krajský súd v Bratislave v právnej veci žalobcu: Akzent Media, spol. s r.o., Ivánska cesta 2D, Bratislava, IČO 00 895 628, zastúpený: JUDr. Michaela Voleková, advokátka, Trnavská 27, Bratislava, proti žalovanému: Slovenská obchodná inšpekcia, Ústredný inšpektorát, Prievozská 32, Bratislava, o preskúmanie zákonnosti rozhodnutia žalovaného č.k. SK/0538/99/2011 zo dňa 02.11.2011, jednohlasne, takto r o z h o d o l : Krajský súd v Bratislave konanie z a s t a v u j e. Žiaden z účastníkov nemá právo na náhradu trov konania . o d ô v o d n e n i e : Žalobou doručenou tunajšiemu súdu dňa 01.12.2011 sa žalobca domáhal preskúmania zákonnosti rozhodnutia žalovaného č.k. SK/0538/99/2011 zo dňa 02.11.2011 vo veci uloženia pokuty žalobcovi vo výške 33.195 EUR. Podaním doručeným tunajšiemu súdu dňa 28.03.2012 žalobca vzal žalobu v celom rozsahu späť a žiadal konanie zastaviť. Podľa § 250h ods. 2 O.s.p. až do rozhodnutia súdu môže žalobca ( navrhovateľ ) vziať žalobu späť, ak žalovanému medzitým vznikli trovy konania, rozhodne súd o ich náhrade. Podľa § 250d ods. 3 O.s.p. súd uznesením konanie zastaví aj vtedy, ak žaloba bola vzatá späť /§ 250h ods.2 O.s.p./. Nakoľko žalobca vzal späť žalobu pred rozhodnutím vo veci, súd v súlade s § 250d ods.3 O.s.p. konanie zastavil. O náhrade trov konania súd rozhodol podľa § 146 ods.1 písm. c/ O.s.p. 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https://www.kauzis.sk/judikatura/r/ECLI:SK:KSBA:2012:1011201880.1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