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5Sd/162/2011 z 31. 1. 2012</w:t>
      </w:r>
    </w:p>
    <w:p>
      <w:r>
        <w:t>Uznesenie Krajského súdu Bratislava z 31. januára 2012, sp. zn. 5Sd/162/2011, ECLI:SK:KSBA:2012:1011201900.1</w:t>
      </w:r>
    </w:p>
    <w:p>
      <w:r>
        <w:t>Súd: Krajský súd Bratislava</w:t>
      </w:r>
    </w:p>
    <w:p>
      <w:r>
        <w:t>Spisová značka: 5Sd/162/2011</w:t>
      </w:r>
    </w:p>
    <w:p>
      <w:r>
        <w:t>ECLI: ECLI:SK:KSBA:2012:1011201900.1</w:t>
      </w:r>
    </w:p>
    <w:p>
      <w:r>
        <w:t>Dátum vydania: 31.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5Sd/162/2011 Identifikačné číslo súdneho spisu: 1011201900 Dátum vydania rozhodnutia: 01. 02. 2012 Meno a priezvisko sudcu, VSÚ: JUDr. Milota Tóthová ECLI: ECLI:SK:KSBA:2012:1011201900.1 Uznesenie Krajský súd v Bratislave v právnej veci navrhovateľky L. F., bytom Y. X, F., zast. H. N., F. S. X, F.,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10.10.2011 žiadala preskúmať rozhodnutie odporkyne číslo XXXXXXX XXX X zo dňa 19.9.2011, ktorým odporkyňa zamietla žiadosť o invalidný dôchodok zo 7. septembra 2011. Prehlásením na pojednávaní dňa 1.2.2012 splnomocnená zástupkyňa navrhovateľky vzala späť návrh zo dňa 10.10.2011 v celom rozsahu a žiadala konanie zastaviť.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https://www.kauzis.sk/judikatura/r/ECLI:SK:KSBA:2012:1011201900.1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