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3S/239/2011 z 6. 3. 2012</w:t>
      </w:r>
    </w:p>
    <w:p>
      <w:r>
        <w:t>Uznesenie Krajského súdu Bratislava z 6. marca 2012, sp. zn. 3S/239/2011, ECLI:SK:KSBA:2012:1011201904.1</w:t>
      </w:r>
    </w:p>
    <w:p>
      <w:r>
        <w:t>Súd: Krajský súd Bratislava</w:t>
      </w:r>
    </w:p>
    <w:p>
      <w:r>
        <w:t>Spisová značka: 3S/239/2011</w:t>
      </w:r>
    </w:p>
    <w:p>
      <w:r>
        <w:t>ECLI: ECLI:SK:KSBA:2012:1011201904.1</w:t>
      </w:r>
    </w:p>
    <w:p>
      <w:r>
        <w:t>Dátum vydania: 6.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3S/239/2011 Identifikačné číslo súdneho spisu: 1011201904 Dátum vydania rozhodnutia: 07. 03. 2012 Meno a priezvisko sudcu, VSÚ: Mgr. Helena Marcinkechová ECLI: ECLI:SK:KSBA:2012:1011201904.1 Uznesenie Krajský súd v Bratislave v právnej veci žalobcu: C. H., zastúpený zákonným zástupcom: Mgr. Katarína Bellová, B. U. H. Z. X, XXX XX H., proti žalovanému: Ústredie práce, sociálnych vecí a rodiny, Špitálska 8, 812 67 Bratislava, o preskúmanie zákonnosti rozhodnutia žalovaného č. AA/2011/14077-NSVOPPK/ Dan zo dňa 10.11.2011, takto r o z h o d o l : Súd u k l a d á žalobcovi, aby v lehote 15 dní od doručenia tohto uznesenia opravil v dvoch rovnopisoch svoju žalobu zo dňa 5.12.2011 tak, že uvedie - správne znenie konečného návrhu (ako navrhuje, aby súd rozhodol - návrh znenia výroku rozsudku) Žalobca je povinný doručiť doplnenú žalobu súdu vo dvoch vyhotoveniach, v lehote vyššie uvedenej, vrátane príloh, inak ich súd vyhotoví na jeho trovy. o d ô v o d n e n i e : Dňa 5.12.2012 bola na tunajší súd podaná žaloba, ktorou žalobca žiadal preskúmanie zákonnosti rozhodnutia Ústredia práce, sociálnych vecí a rodiny č. AA/2011/14077-NSVOPPK/Dan zo dňa 10.11.2011, ktorým žalovaný zamietol odvolanie žalobcu a potvrdil rozhodnutie Úradu práce, sociálnych vecí a rodiny Bratislava, odboru sociálnych vecí a rodiny č. BA/2011/81765-3/KIM zo dňa 23.6.2011, ktorým prvostupňový správny orgán nevyhovel žalobcovej žiadosti a peňažný príspevok na kúpu osobného motorového vozidla žalobcovi nepriznal. Napadnuté rozhodnutie žalovaného spolu s komplexným posudkom č. AA/2011/14132-NSVOPC zo dňa 21.10.2011 žiadal žalobca zrušiť a žalobcovi priznať odkázanosť na individuálnu prepravu. Podľa ust. § 249 ods. 1 O.s.p. konanie (v správnych veciach) sa začína na návrh, ktorý sa nazýva žalobou. Podľa ust. § 249 ods. 2 O.s.p. žaloba musí okrem všeobecných náležitostí podania obsahovať označenie rozhodnutia a postupu správneho orgánu, ktoré napadá, vyjadrenie, v akom rozsahu sa toto rozhodnutie a postup napadá, uvedenie dôvodov, v čom žalobca vidí nezákonnosť rozhodnutia a postupu správneho orgánu a aký konečný návrh robí. Podľa § 250j ods. 1,2,3 O.s.p. ak súd po preskúmaní rozhodnutia a postupu správneho orgánu v rozsahu a z dôvodov uvedených v žalobe dospel k záveru, že rozhodnutie a postup správneho orgánu v medziach žaloby sú v súlade so zákonom, vysloví rozsudkom, že sa žaloba zamieta.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a) rozhodnutie správneho orgánu vychádzalo z nesprávneho právneho posúdenia veci, b) zistenie skutkového stavu, z ktorého vychádzalo správne rozhodnutie, je v rozpore s obsahom spisov, c) zistenie skutkového stavu je nedostačujúce na posúdenie veci, d) rozhodnutie je nepreskúmateľné pre nezrozumiteľnosť alebo pre nedostatok dôvodov, e) v konaní správneho orgánu bola zistená taká vada, ktorá mohla mať vplyv na zákonnosť napadnutého rozhodnutia.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Podľa § 43 ods. 1 O.s.p. sudca,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V správnom súdnictve sa uplatňuje dispozičná zásada znamenajúca, že súd preskúma napadnuté rozhodnutie v medziach a rozsahu určenom žalobcom. V konaní o preskúmanie právoplatného rozhodnutia správneho orgánu podľa príslušných ustanovení O.s.p. môže však súd konať a rozhodnúť iba spôsobom ustanoveným v § 250j O.s.p. (žalobu zamietnuť alebo napadnuté rozhodnutie zrušiť a vrátiť vec žalovanému na ďalšie konanie) a je potrebné, aby tomuto zodpovedal aj žalobný petit. Navrhovaným petitom musí teda byť výrok o zrušení napadnutého správneho rozhodnutia, prípadne aj prvostupňového rozhodnutia a vrátenie veci žalovanému správnemu orgánu na ďalšie konanie. Žalobou zo dňa 5.12.2011 sa žalobca nad rámec návrhu na zrušenie napadnutého rozhodnutia dožaduje aj priznania odkázanosti na individuálnu prepravu, z ktorého mu plynie možnosť požiadať o príspevok na kúpu osobného motorového vozidla, o čom súd v preskúmavacom konaní nemôže rozhodnúť, preto súd vyzval žalobcu na opravu návrhu tak, ako je uvedené vo výroku tohto uznesenia. Poučenie: Proti tomuto uzneseniu možno podať odvolanie do 15 dní odo dňa jeho doručenia na Krajský súd v Bratislave dvojmo. Ak bude proti tomuto rozhodnutiu v odvolacej lehote podané odvolanie, uznesenie sa podaním odvolania zrušuje a opätovne rozhodne sudca (§202 ods. 3 písm. d) O.s.p. v spojení s § 374 ods. 4)</w:t>
      </w:r>
    </w:p>
    <w:p/>
    <w:p>
      <w:r>
        <w:t>Zdroj: KAUZIS.SK – https://www.kauzis.sk/judikatura/r/ECLI:SK:KSBA:2012:1011201904.1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