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2S/210/2011 z 20. 3. 2012</w:t>
      </w:r>
    </w:p>
    <w:p>
      <w:r>
        <w:t>Uznesenie Krajského súdu Bratislava z 20. marca 2012, sp. zn. 2S/210/2011, ECLI:SK:KSBA:2012:1011201942.1</w:t>
      </w:r>
    </w:p>
    <w:p>
      <w:r>
        <w:t>Súd: Krajský súd Bratislava</w:t>
      </w:r>
    </w:p>
    <w:p>
      <w:r>
        <w:t>Spisová značka: 2S/210/2011</w:t>
      </w:r>
    </w:p>
    <w:p>
      <w:r>
        <w:t>ECLI: ECLI:SK:KSBA:2012:1011201942.1</w:t>
      </w:r>
    </w:p>
    <w:p>
      <w:r>
        <w:t>Dátum vydania: 20. 3.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2S/210/2011 Identifikačné číslo súdneho spisu: 1011201942 Dátum vydania rozhodnutia: 21. 03. 2012 Meno a priezvisko sudcu, VSÚ: Mgr. Viliam Pohančeník ECLI: ECLI:SK:KSBA:2012:1011201942.1 Uznesenie Krajský súd v Bratislave v právnej veci žalobcu: A.. A. Z., E. XX, XXX XX T., proti žalovanému: Slovenská advokátska komora, Kolárska 4, 813 42 Bratislava, o preskúmanie zákonnosti rozhodnutia Predsedníctva žalovaného sp. zn. P-14/2011:176/2009 zo dňa 24.06.2011 a rozhodnutia Predsedníctva žalovaného sp. zn. P-30/2011:4491/2008 zo dňa 14.10.2011, jednohlasne, takto r o z h o d o l : Krajský súd v Bratislave p o s t u p u j e vec Krajskému súdu v Žiline. o d ô v o d n e n i e : Žalobou doručenou Krajskému súdu v Bratislave dňa 13.12.2011 sa žalobca domáhal preskúmania zákonnosti rozhodnutia Predsedníctva žalovaného sp. zn. P-14/2011:176/2009 zo dňa 24.06.2011, ktorým bolo potvrdené rozhodnutie II. Disciplinárneho senátu Slovenskej advokátskej komory sp. zn. DS II.-82/9:176/2009 z 25.01.2011 a rozhodnutia Predsedníctva žalovaného sp. zn. P-30/2011:4491/2008 zo dňa 14.10.2011, ktorým bolo potvrdené rozhodnutie IV. Disciplinárneho senátu Slovenskej advokátskej komory DS IV-64/09:4491/2008 zo dňa 07.04.2011.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1 O.s.p. miestne príslušným je súd, v ktorého obvode má sídlo správny orgán, ktorého rozhodnutie a postup sa preskúmava, ak nie je ustanovené inak. Ak ide o rozhodnutie orgánu s pôsobnosťou pre celé územie Slovenskej republiky, okrem ústredných orgánov štátnej správy miestne príslušným je krajský súd, v ktorého obvode je všeobecný súd navrhovateľa. Podľa § 85 ods. 1 O.s.p. všeobecným súdom občana je súd, v obvode ktorého má občan bydlisko, a ak nemá bydlisko, súd, v obvode ktorého sa zdržuje. Podľa § 250d ods. 2 O.s.p. ak predseda senátu zistí, že súd nie je vecne alebo miestne príslušný, postúpi vec uznesením príslušnému súdu. Vzhľadom na to, že Slovenská advokátska komora je správnym orgánom s pôsobnosťou pre celé územie Slovenskej republiky a zároveň nie je ústredným orgánom štátnej správy, miestne príslušným na konanie vo veci je Krajský súd v Žiline, keďže v jeho obvode sa nachádza všeobecný súd žalobcu - Okresný súd v Žiline. Krajský súd v Bratislave preto postupoval v súlade s ustanovením § 246a ods. 1 v spojení s § 250d ods. 2 O.s.p. a postúpil vec vecne a miestne príslušnému Krajskému súdu v Žiline. Poučenie: Proti tomuto uzneseniu nie je prípustný opravný prostriedok.</w:t>
      </w:r>
    </w:p>
    <w:p/>
    <w:p>
      <w:r>
        <w:t>Zdroj: KAUZIS.SK – https://www.kauzis.sk/judikatura/r/ECLI:SK:KSBA:2012:1011201942.1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