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5Sd/167/2011 z 24. 4. 2012</w:t>
      </w:r>
    </w:p>
    <w:p>
      <w:r>
        <w:t>Uznesenie Krajského súdu Bratislava z 24. apríla 2012, sp. zn. 5Sd/167/2011, ECLI:SK:KSBA:2012:1011201968.2</w:t>
      </w:r>
    </w:p>
    <w:p>
      <w:r>
        <w:t>Súd: Krajský súd Bratislava</w:t>
      </w:r>
    </w:p>
    <w:p>
      <w:r>
        <w:t>Spisová značka: 5Sd/167/2011</w:t>
      </w:r>
    </w:p>
    <w:p>
      <w:r>
        <w:t>ECLI: ECLI:SK:KSBA:2012:1011201968.2</w:t>
      </w:r>
    </w:p>
    <w:p>
      <w:r>
        <w:t>Dátum vydania: 24.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5Sd/167/2011 Identifikačné číslo súdneho spisu: 1011201968 Dátum vydania rozhodnutia: 25. 04. 2012 Meno a priezvisko sudcu, VSÚ: JUDr. Milota Tóthová ECLI: ECLI:SK:KSBA:2012:1011201968.2 Uznesenie Krajský súd v Bratislave v právnej veci navrhovateľky X. T., bytom Š. XXXXX/XX, X.,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zo dňa 5.10.2011 žiadala preskúmať rozhodnutie odporkyne číslo XXX XXX XXXX X zo dňa 14.9.2011, ktorým odporkyňa zamietla žiadosť navrhovateľky o invalidný dôchodok zo dňa 17. júna 2011. Prehlásením na pojednávaní dňa 25.4.2011 navrhovateľka vzala späť návrh zo dňa 5.10.2011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https://www.kauzis.sk/judikatura/r/ECLI:SK:KSBA:2012:1011201968.2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