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5Sd/174/2011 z 29. 10. 2012</w:t>
      </w:r>
    </w:p>
    <w:p>
      <w:r>
        <w:t>Uznesenie Krajského súdu Bratislava z 29. októbra 2012, sp. zn. 5Sd/174/2011, ECLI:SK:KSBA:2012:1011201998.1</w:t>
      </w:r>
    </w:p>
    <w:p>
      <w:r>
        <w:t>Súd: Krajský súd Bratislava</w:t>
      </w:r>
    </w:p>
    <w:p>
      <w:r>
        <w:t>Spisová značka: 5Sd/174/2011</w:t>
      </w:r>
    </w:p>
    <w:p>
      <w:r>
        <w:t>ECLI: ECLI:SK:KSBA:2012:1011201998.1</w:t>
      </w:r>
    </w:p>
    <w:p>
      <w:r>
        <w:t>Dátum vydania: 29. 10. 2012</w:t>
      </w:r>
    </w:p>
    <w:p>
      <w:r>
        <w:t>Forma: Uznesenie</w:t>
      </w:r>
    </w:p>
    <w:p>
      <w:pPr>
        <w:pStyle w:val="Heading2"/>
      </w:pPr>
      <w:r>
        <w:t>Text rozhodnutia</w:t>
      </w:r>
    </w:p>
    <w:p>
      <w:r>
        <w:t>Súd: Krajský súd Bratislava Spisová značka: 5Sd/174/2011 Identifikačné číslo súdneho spisu: 1011201998 Dátum vydania rozhodnutia: 30. 10. 2012 Meno a priezvisko sudcu, VSÚ: JUDr. Milota Tóthová ECLI: ECLI:SK:KSBA:2012:1011201998.1 Uznesenie Krajský súd v Bratislave v právnej veci navrhovateľky K. V., bytom Ľ. XXXX/X, A., zast. Q.. F. V., advokátom, so sídlom N. XX, A., proti odporkyni Sociálnej poisťovni ústredie, Ul. 29. augusta č. 8, Bratislava, o výšku sumy predčasného starobného dôchodku, takto r o z h o d o l : Súd konanie z a s t a v u j e . Žiaden z účastníkov nemá právo na náhradu trov konania. o d ô v o d n e n i e : Právny zástupca navrhovateľky návrhom zo dňa 21.12.2011 žiadal preskúmať rozhodnutie odporkyne číslo XXX XXX XXXX zo dňa 14.11.2011, ktorým odporkyňa priznala predčasný starobný dôchodok. Navrhovateľka návrhom zo dňa 26.3.2012 žiadala preskúmať rozhodnutie číslo XXX XXX XXXX zo dňa 1.3.2012, ktorým odporkyňa znížila od 2.5.2012 predčasný starobný dôchodok. Písomným prehlásením zo dňa 14.6.2012 právny zástupca navrhovateľky vzal späť návrhy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https://www.kauzis.sk/judikatura/r/ECLI:SK:KSBA:2012:1011201998.1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